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308D6" w14:textId="4CDA777D" w:rsidR="000728BD" w:rsidRPr="00FC5A4A" w:rsidRDefault="000728BD" w:rsidP="00457F9B">
      <w:pPr>
        <w:spacing w:after="0" w:line="360" w:lineRule="auto"/>
        <w:jc w:val="center"/>
        <w:rPr>
          <w:rFonts w:cs="Times New Roman"/>
          <w:b/>
          <w:bCs/>
        </w:rPr>
      </w:pPr>
      <w:r w:rsidRPr="00FC5A4A">
        <w:rPr>
          <w:noProof/>
          <w:color w:val="002060"/>
        </w:rPr>
        <w:drawing>
          <wp:anchor distT="0" distB="0" distL="114300" distR="114300" simplePos="0" relativeHeight="251659264" behindDoc="0" locked="0" layoutInCell="1" allowOverlap="1" wp14:anchorId="61FF6FB3" wp14:editId="3A642A14">
            <wp:simplePos x="0" y="0"/>
            <wp:positionH relativeFrom="margin">
              <wp:posOffset>1860329</wp:posOffset>
            </wp:positionH>
            <wp:positionV relativeFrom="topMargin">
              <wp:posOffset>464764</wp:posOffset>
            </wp:positionV>
            <wp:extent cx="1724025" cy="783590"/>
            <wp:effectExtent l="0" t="0" r="9525" b="0"/>
            <wp:wrapSquare wrapText="bothSides"/>
            <wp:docPr id="527679494" name="Resim 527679494" descr="metin, logo, yazı tipi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79494" name="Resim 527679494" descr="metin, logo, yazı tipi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B059BC" w14:textId="77777777" w:rsidR="000728BD" w:rsidRPr="00FC5A4A" w:rsidRDefault="000728BD" w:rsidP="00457F9B">
      <w:pPr>
        <w:spacing w:after="0" w:line="360" w:lineRule="auto"/>
        <w:jc w:val="center"/>
        <w:rPr>
          <w:rFonts w:cs="Times New Roman"/>
          <w:b/>
          <w:bCs/>
        </w:rPr>
      </w:pPr>
    </w:p>
    <w:p w14:paraId="18D1A036" w14:textId="6B3AE119" w:rsidR="00FB7FEB" w:rsidRPr="00FC5A4A" w:rsidRDefault="00613987" w:rsidP="00457F9B">
      <w:pPr>
        <w:spacing w:after="0" w:line="360" w:lineRule="auto"/>
        <w:jc w:val="center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>FENERBAHÇE ÜNİVERSİTESİ</w:t>
      </w:r>
    </w:p>
    <w:p w14:paraId="3CFBF6C8" w14:textId="77777777" w:rsidR="00FB7FEB" w:rsidRPr="00FC5A4A" w:rsidRDefault="00613987" w:rsidP="00457F9B">
      <w:pPr>
        <w:spacing w:after="0" w:line="360" w:lineRule="auto"/>
        <w:jc w:val="center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>LİSANSÜSTÜ EĞİTİM ENSTİTÜSÜ</w:t>
      </w:r>
    </w:p>
    <w:p w14:paraId="460161A9" w14:textId="724D8E6C" w:rsidR="00FB7FEB" w:rsidRPr="00FC5A4A" w:rsidRDefault="00613987" w:rsidP="00457F9B">
      <w:pPr>
        <w:spacing w:after="0" w:line="360" w:lineRule="auto"/>
        <w:jc w:val="center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>DERS MUAFİYETİ</w:t>
      </w:r>
      <w:r w:rsidR="00592128" w:rsidRPr="00FC5A4A">
        <w:rPr>
          <w:rFonts w:cs="Times New Roman"/>
          <w:b/>
          <w:bCs/>
        </w:rPr>
        <w:t>, İNTİBAK</w:t>
      </w:r>
      <w:r w:rsidRPr="00FC5A4A">
        <w:rPr>
          <w:rFonts w:cs="Times New Roman"/>
          <w:b/>
          <w:bCs/>
        </w:rPr>
        <w:t xml:space="preserve"> VE ÜCRETLENDİRME </w:t>
      </w:r>
      <w:r w:rsidR="00597081" w:rsidRPr="00FC5A4A">
        <w:rPr>
          <w:rFonts w:cs="Times New Roman"/>
          <w:b/>
          <w:bCs/>
        </w:rPr>
        <w:t xml:space="preserve">USUL VE </w:t>
      </w:r>
      <w:r w:rsidRPr="00FC5A4A">
        <w:rPr>
          <w:rFonts w:cs="Times New Roman"/>
          <w:b/>
          <w:bCs/>
        </w:rPr>
        <w:t>ESASLARI</w:t>
      </w:r>
    </w:p>
    <w:p w14:paraId="5E13C2B2" w14:textId="77777777" w:rsidR="00293B7A" w:rsidRPr="00FC5A4A" w:rsidRDefault="00293B7A" w:rsidP="00457F9B">
      <w:pPr>
        <w:spacing w:after="0" w:line="360" w:lineRule="auto"/>
        <w:jc w:val="center"/>
        <w:rPr>
          <w:rFonts w:cs="Times New Roman"/>
          <w:b/>
          <w:bCs/>
        </w:rPr>
      </w:pPr>
    </w:p>
    <w:p w14:paraId="3E0C72B3" w14:textId="77777777" w:rsidR="00FB7FEB" w:rsidRPr="00FC5A4A" w:rsidRDefault="00613987" w:rsidP="00457F9B">
      <w:pPr>
        <w:spacing w:after="0" w:line="360" w:lineRule="auto"/>
        <w:jc w:val="center"/>
        <w:rPr>
          <w:rFonts w:cs="Times New Roman"/>
        </w:rPr>
      </w:pPr>
      <w:r w:rsidRPr="00FC5A4A">
        <w:rPr>
          <w:rFonts w:cs="Times New Roman"/>
          <w:b/>
          <w:bCs/>
        </w:rPr>
        <w:t>BİRİNCİ BÖLÜM</w:t>
      </w:r>
      <w:r w:rsidRPr="00FC5A4A">
        <w:rPr>
          <w:rFonts w:cs="Times New Roman"/>
        </w:rPr>
        <w:br/>
      </w:r>
      <w:r w:rsidRPr="00FC5A4A">
        <w:rPr>
          <w:rFonts w:cs="Times New Roman"/>
          <w:b/>
          <w:bCs/>
        </w:rPr>
        <w:t>Amaç, Kapsam, Dayanak ve Tanımlar</w:t>
      </w:r>
    </w:p>
    <w:p w14:paraId="7E9922DA" w14:textId="77777777" w:rsidR="00FB7FEB" w:rsidRPr="00FC5A4A" w:rsidRDefault="00613987" w:rsidP="00293B7A">
      <w:pPr>
        <w:spacing w:after="0" w:line="360" w:lineRule="auto"/>
        <w:rPr>
          <w:rFonts w:cs="Times New Roman"/>
        </w:rPr>
      </w:pPr>
      <w:r w:rsidRPr="00FC5A4A">
        <w:rPr>
          <w:rFonts w:cs="Times New Roman"/>
          <w:b/>
        </w:rPr>
        <w:t>Amaç</w:t>
      </w:r>
    </w:p>
    <w:p w14:paraId="6CB65EBB" w14:textId="1C611381" w:rsidR="00293B7A" w:rsidRPr="00FC5A4A" w:rsidRDefault="00613987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>MADDE 1</w:t>
      </w:r>
      <w:r w:rsidR="0088478D"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(1) Bu </w:t>
      </w:r>
      <w:r w:rsidR="00597081" w:rsidRPr="00FC5A4A">
        <w:rPr>
          <w:rFonts w:cs="Times New Roman"/>
        </w:rPr>
        <w:t xml:space="preserve">usul ve </w:t>
      </w:r>
      <w:r w:rsidRPr="00FC5A4A">
        <w:rPr>
          <w:rFonts w:cs="Times New Roman"/>
        </w:rPr>
        <w:t>esasların amacı Fenerbahçe Üniversitesi Lisansüstü Eğitim Enstitüsü</w:t>
      </w:r>
      <w:r w:rsidR="00F75291" w:rsidRPr="00FC5A4A">
        <w:rPr>
          <w:rFonts w:cs="Times New Roman"/>
        </w:rPr>
        <w:t>ndeki diploma</w:t>
      </w:r>
      <w:r w:rsidRPr="00FC5A4A">
        <w:rPr>
          <w:rFonts w:cs="Times New Roman"/>
        </w:rPr>
        <w:t xml:space="preserve"> programlarına kayıt</w:t>
      </w:r>
      <w:r w:rsidR="00896086" w:rsidRPr="00FC5A4A">
        <w:rPr>
          <w:rFonts w:cs="Times New Roman"/>
        </w:rPr>
        <w:t xml:space="preserve"> hakkı kazanan</w:t>
      </w:r>
      <w:r w:rsidRPr="00FC5A4A">
        <w:rPr>
          <w:rFonts w:cs="Times New Roman"/>
        </w:rPr>
        <w:t xml:space="preserve"> öğrencilerin ders muafiyetine</w:t>
      </w:r>
      <w:r w:rsidR="00592128" w:rsidRPr="00FC5A4A">
        <w:rPr>
          <w:rFonts w:cs="Times New Roman"/>
        </w:rPr>
        <w:t>, intibak</w:t>
      </w:r>
      <w:r w:rsidRPr="00FC5A4A">
        <w:rPr>
          <w:rFonts w:cs="Times New Roman"/>
        </w:rPr>
        <w:t xml:space="preserve"> ve öğrenim ücretlerine ilişkin süreçleri düzenlemektir.</w:t>
      </w:r>
    </w:p>
    <w:p w14:paraId="2DC6EB3E" w14:textId="77777777" w:rsidR="00293B7A" w:rsidRPr="00FC5A4A" w:rsidRDefault="00293B7A" w:rsidP="00293B7A">
      <w:pPr>
        <w:spacing w:after="0" w:line="360" w:lineRule="auto"/>
        <w:jc w:val="both"/>
        <w:rPr>
          <w:rFonts w:cs="Times New Roman"/>
        </w:rPr>
      </w:pPr>
    </w:p>
    <w:p w14:paraId="138D95B0" w14:textId="2B5D1A4E" w:rsidR="00FB7FEB" w:rsidRPr="00FC5A4A" w:rsidRDefault="00613987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</w:rPr>
        <w:t>Kapsam</w:t>
      </w:r>
    </w:p>
    <w:p w14:paraId="39B43E61" w14:textId="2BF14E3D" w:rsidR="00FB7FEB" w:rsidRPr="00FC5A4A" w:rsidRDefault="00613987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>MADDE 2</w:t>
      </w:r>
      <w:r w:rsidR="0088478D"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(1) Bu </w:t>
      </w:r>
      <w:r w:rsidR="00597081" w:rsidRPr="00FC5A4A">
        <w:rPr>
          <w:rFonts w:cs="Times New Roman"/>
        </w:rPr>
        <w:t xml:space="preserve">usul ve </w:t>
      </w:r>
      <w:r w:rsidRPr="00FC5A4A">
        <w:rPr>
          <w:rFonts w:cs="Times New Roman"/>
        </w:rPr>
        <w:t>esaslar, Fenerbahçe Üniversitesi Lisansüstü Eğitim Enstitüsü</w:t>
      </w:r>
      <w:r w:rsidR="00F75291" w:rsidRPr="00FC5A4A">
        <w:rPr>
          <w:rFonts w:cs="Times New Roman"/>
        </w:rPr>
        <w:t xml:space="preserve"> diploma </w:t>
      </w:r>
      <w:r w:rsidRPr="00FC5A4A">
        <w:rPr>
          <w:rFonts w:cs="Times New Roman"/>
        </w:rPr>
        <w:t>programlarına kay</w:t>
      </w:r>
      <w:r w:rsidR="00896086" w:rsidRPr="00FC5A4A">
        <w:rPr>
          <w:rFonts w:cs="Times New Roman"/>
        </w:rPr>
        <w:t>ıt hakkı kazanan</w:t>
      </w:r>
      <w:r w:rsidRPr="00FC5A4A">
        <w:rPr>
          <w:rFonts w:cs="Times New Roman"/>
        </w:rPr>
        <w:t xml:space="preserve"> öğrencilerin ders muafiyetine</w:t>
      </w:r>
      <w:r w:rsidR="00592128" w:rsidRPr="00FC5A4A">
        <w:rPr>
          <w:rFonts w:cs="Times New Roman"/>
        </w:rPr>
        <w:t>, intibak</w:t>
      </w:r>
      <w:r w:rsidRPr="00FC5A4A">
        <w:rPr>
          <w:rFonts w:cs="Times New Roman"/>
        </w:rPr>
        <w:t xml:space="preserve"> ve öğrenim </w:t>
      </w:r>
      <w:r w:rsidR="00D84CBB" w:rsidRPr="00FC5A4A">
        <w:rPr>
          <w:rFonts w:cs="Times New Roman"/>
        </w:rPr>
        <w:t xml:space="preserve">ücretlerine </w:t>
      </w:r>
      <w:r w:rsidRPr="00FC5A4A">
        <w:rPr>
          <w:rFonts w:cs="Times New Roman"/>
        </w:rPr>
        <w:t>ilişkin hükümleri kapsar.</w:t>
      </w:r>
    </w:p>
    <w:p w14:paraId="03E484FE" w14:textId="77777777" w:rsidR="00293B7A" w:rsidRPr="00FC5A4A" w:rsidRDefault="00293B7A" w:rsidP="00293B7A">
      <w:pPr>
        <w:spacing w:after="0" w:line="360" w:lineRule="auto"/>
        <w:jc w:val="both"/>
        <w:rPr>
          <w:rFonts w:cs="Times New Roman"/>
        </w:rPr>
      </w:pPr>
    </w:p>
    <w:p w14:paraId="52C9E6FA" w14:textId="77777777" w:rsidR="00FB7FEB" w:rsidRPr="00FC5A4A" w:rsidRDefault="00613987" w:rsidP="00293B7A">
      <w:pPr>
        <w:spacing w:after="0" w:line="360" w:lineRule="auto"/>
        <w:rPr>
          <w:rFonts w:cs="Times New Roman"/>
        </w:rPr>
      </w:pPr>
      <w:r w:rsidRPr="00FC5A4A">
        <w:rPr>
          <w:rFonts w:cs="Times New Roman"/>
          <w:b/>
        </w:rPr>
        <w:t>Dayanak</w:t>
      </w:r>
    </w:p>
    <w:p w14:paraId="26AEF98F" w14:textId="39FECD8B" w:rsidR="00FB7FEB" w:rsidRPr="00FC5A4A" w:rsidRDefault="00613987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>MADDE 3</w:t>
      </w:r>
      <w:r w:rsidR="0088478D"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(1) Bu </w:t>
      </w:r>
      <w:r w:rsidR="00597081" w:rsidRPr="00FC5A4A">
        <w:rPr>
          <w:rFonts w:cs="Times New Roman"/>
        </w:rPr>
        <w:t xml:space="preserve">usul ve </w:t>
      </w:r>
      <w:r w:rsidRPr="00FC5A4A">
        <w:rPr>
          <w:rFonts w:cs="Times New Roman"/>
        </w:rPr>
        <w:t>esaslar</w:t>
      </w:r>
      <w:r w:rsidR="00D40F48" w:rsidRPr="00FC5A4A">
        <w:rPr>
          <w:rFonts w:cs="Times New Roman"/>
        </w:rPr>
        <w:t xml:space="preserve"> </w:t>
      </w:r>
      <w:r w:rsidR="00617E96" w:rsidRPr="00FC5A4A">
        <w:rPr>
          <w:rFonts w:cs="Times New Roman"/>
        </w:rPr>
        <w:t xml:space="preserve">Fenerbahçe Lisansüstü Eğitim </w:t>
      </w:r>
      <w:r w:rsidR="00D40F48" w:rsidRPr="00FC5A4A">
        <w:rPr>
          <w:rFonts w:cs="Times New Roman"/>
        </w:rPr>
        <w:t xml:space="preserve">ve </w:t>
      </w:r>
      <w:r w:rsidR="00617E96" w:rsidRPr="00FC5A4A">
        <w:rPr>
          <w:rFonts w:cs="Times New Roman"/>
        </w:rPr>
        <w:t xml:space="preserve">Öğretim Yönetmeliği ve </w:t>
      </w:r>
      <w:r w:rsidR="00832BE4" w:rsidRPr="00FC5A4A">
        <w:rPr>
          <w:rFonts w:cs="Times New Roman"/>
        </w:rPr>
        <w:t>2547 sayılı Yükseköğretim Kanunu’nun 14/b maddesine</w:t>
      </w:r>
      <w:r w:rsidR="00BD64ED" w:rsidRPr="00FC5A4A">
        <w:rPr>
          <w:rFonts w:cs="Times New Roman"/>
        </w:rPr>
        <w:t xml:space="preserve"> </w:t>
      </w:r>
      <w:r w:rsidRPr="00FC5A4A">
        <w:rPr>
          <w:rFonts w:cs="Times New Roman"/>
        </w:rPr>
        <w:t>dayanılarak hazırlanmıştır.</w:t>
      </w:r>
    </w:p>
    <w:p w14:paraId="44AB7B16" w14:textId="77777777" w:rsidR="00293B7A" w:rsidRPr="00FC5A4A" w:rsidRDefault="00293B7A" w:rsidP="00293B7A">
      <w:pPr>
        <w:spacing w:after="0" w:line="360" w:lineRule="auto"/>
        <w:jc w:val="both"/>
        <w:rPr>
          <w:rFonts w:cs="Times New Roman"/>
        </w:rPr>
      </w:pPr>
    </w:p>
    <w:p w14:paraId="21A8BCA4" w14:textId="77777777" w:rsidR="00FB7FEB" w:rsidRPr="00FC5A4A" w:rsidRDefault="00613987" w:rsidP="00293B7A">
      <w:pPr>
        <w:spacing w:after="0" w:line="360" w:lineRule="auto"/>
        <w:rPr>
          <w:rFonts w:cs="Times New Roman"/>
        </w:rPr>
      </w:pPr>
      <w:r w:rsidRPr="00FC5A4A">
        <w:rPr>
          <w:rFonts w:cs="Times New Roman"/>
          <w:b/>
        </w:rPr>
        <w:t>Tanımlar</w:t>
      </w:r>
    </w:p>
    <w:p w14:paraId="2E309E45" w14:textId="4452BCA9" w:rsidR="007F00C7" w:rsidRPr="00FC5A4A" w:rsidRDefault="00613987" w:rsidP="00832BE4">
      <w:pPr>
        <w:spacing w:after="0" w:line="360" w:lineRule="auto"/>
        <w:rPr>
          <w:rFonts w:cs="Times New Roman"/>
        </w:rPr>
      </w:pPr>
      <w:r w:rsidRPr="00FC5A4A">
        <w:rPr>
          <w:rFonts w:cs="Times New Roman"/>
          <w:b/>
          <w:bCs/>
        </w:rPr>
        <w:t>MADDE 4</w:t>
      </w:r>
      <w:r w:rsidR="0088478D"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(1) Bu </w:t>
      </w:r>
      <w:r w:rsidR="00597081" w:rsidRPr="00FC5A4A">
        <w:rPr>
          <w:rFonts w:cs="Times New Roman"/>
        </w:rPr>
        <w:t xml:space="preserve">usul ve </w:t>
      </w:r>
      <w:r w:rsidRPr="00FC5A4A">
        <w:rPr>
          <w:rFonts w:cs="Times New Roman"/>
        </w:rPr>
        <w:t>esaslarda geçen;</w:t>
      </w:r>
      <w:r w:rsidRPr="00FC5A4A">
        <w:rPr>
          <w:rFonts w:cs="Times New Roman"/>
        </w:rPr>
        <w:br/>
        <w:t xml:space="preserve">a) </w:t>
      </w:r>
      <w:r w:rsidR="00A41D7F" w:rsidRPr="00FC5A4A">
        <w:rPr>
          <w:rFonts w:cs="Times New Roman"/>
        </w:rPr>
        <w:t xml:space="preserve">Kredi: </w:t>
      </w:r>
      <w:r w:rsidR="007F00C7" w:rsidRPr="00FC5A4A">
        <w:rPr>
          <w:rFonts w:cs="Times New Roman"/>
        </w:rPr>
        <w:t>Avrupa Kredi Transfer Sistemi</w:t>
      </w:r>
      <w:r w:rsidR="00A41D7F" w:rsidRPr="00FC5A4A">
        <w:rPr>
          <w:rFonts w:cs="Times New Roman"/>
        </w:rPr>
        <w:t xml:space="preserve"> kredisini</w:t>
      </w:r>
      <w:r w:rsidR="007F00C7" w:rsidRPr="00FC5A4A">
        <w:rPr>
          <w:rFonts w:cs="Times New Roman"/>
        </w:rPr>
        <w:t>,</w:t>
      </w:r>
    </w:p>
    <w:p w14:paraId="4C460AF5" w14:textId="77777777" w:rsidR="007F00C7" w:rsidRPr="00FC5A4A" w:rsidRDefault="007F00C7" w:rsidP="00FF7189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b) Enstitü: Fenerbahçe Üniversitesi Lisansüstü Eğitim Enstitüsünü,</w:t>
      </w:r>
    </w:p>
    <w:p w14:paraId="0AD7E252" w14:textId="02348C45" w:rsidR="00BE3EBE" w:rsidRPr="00FC5A4A" w:rsidRDefault="00BE3EBE" w:rsidP="00FF7189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c) GNO: Genel not ortalamasını,</w:t>
      </w:r>
    </w:p>
    <w:p w14:paraId="4550A2F4" w14:textId="59550BC3" w:rsidR="00592128" w:rsidRPr="00FC5A4A" w:rsidRDefault="00BE3EBE" w:rsidP="00FF7189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ç</w:t>
      </w:r>
      <w:r w:rsidR="00592128" w:rsidRPr="00FC5A4A">
        <w:rPr>
          <w:rFonts w:cs="Times New Roman"/>
        </w:rPr>
        <w:t xml:space="preserve">) İntibak: </w:t>
      </w:r>
      <w:r w:rsidR="00BF5BC6" w:rsidRPr="00FC5A4A">
        <w:rPr>
          <w:rFonts w:cs="Times New Roman"/>
        </w:rPr>
        <w:t>Bir dersin başka bir ders yerine saydırılması için gerekli olan işlemleri,</w:t>
      </w:r>
    </w:p>
    <w:p w14:paraId="76075272" w14:textId="5D7B29CA" w:rsidR="00FC6FD9" w:rsidRPr="00FC5A4A" w:rsidRDefault="00BE3EBE" w:rsidP="00FF7189">
      <w:pPr>
        <w:spacing w:after="0" w:line="360" w:lineRule="auto"/>
        <w:rPr>
          <w:rFonts w:cs="Times New Roman"/>
        </w:rPr>
      </w:pPr>
      <w:r w:rsidRPr="00FC5A4A">
        <w:rPr>
          <w:rFonts w:cs="Times New Roman"/>
        </w:rPr>
        <w:lastRenderedPageBreak/>
        <w:t>d</w:t>
      </w:r>
      <w:r w:rsidR="007F00C7" w:rsidRPr="00FC5A4A">
        <w:rPr>
          <w:rFonts w:cs="Times New Roman"/>
        </w:rPr>
        <w:t xml:space="preserve">) </w:t>
      </w:r>
      <w:r w:rsidR="00F90C23" w:rsidRPr="00FC5A4A">
        <w:rPr>
          <w:rFonts w:cs="Times New Roman"/>
        </w:rPr>
        <w:t>Muafiyet</w:t>
      </w:r>
      <w:r w:rsidR="007F00C7" w:rsidRPr="00FC5A4A">
        <w:rPr>
          <w:rFonts w:cs="Times New Roman"/>
        </w:rPr>
        <w:t xml:space="preserve">: </w:t>
      </w:r>
      <w:r w:rsidR="00D774EB" w:rsidRPr="00FC5A4A">
        <w:rPr>
          <w:rFonts w:cs="Times New Roman"/>
        </w:rPr>
        <w:t>Bir dersin başka bir derse eşdeğer kabul edilerek öğrencinin ders yükümlülüğünden düşülmesini,</w:t>
      </w:r>
    </w:p>
    <w:p w14:paraId="0B109A14" w14:textId="6CE6B8EA" w:rsidR="00BD64ED" w:rsidRPr="00FC5A4A" w:rsidRDefault="00BE3EBE" w:rsidP="00FF7189">
      <w:pPr>
        <w:spacing w:after="0" w:line="360" w:lineRule="auto"/>
        <w:rPr>
          <w:rFonts w:cs="Times New Roman"/>
        </w:rPr>
      </w:pPr>
      <w:r w:rsidRPr="00FC5A4A">
        <w:rPr>
          <w:rFonts w:cs="Times New Roman"/>
        </w:rPr>
        <w:t>e</w:t>
      </w:r>
      <w:r w:rsidR="00FC6FD9" w:rsidRPr="00FC5A4A">
        <w:rPr>
          <w:rFonts w:cs="Times New Roman"/>
        </w:rPr>
        <w:t>) OİS: Öğrenci İşleri Sistemi’ni,</w:t>
      </w:r>
      <w:r w:rsidR="007F00C7" w:rsidRPr="00FC5A4A">
        <w:rPr>
          <w:rFonts w:cs="Times New Roman"/>
        </w:rPr>
        <w:br/>
      </w:r>
      <w:r w:rsidRPr="00FC5A4A">
        <w:rPr>
          <w:rFonts w:cs="Times New Roman"/>
        </w:rPr>
        <w:t>f</w:t>
      </w:r>
      <w:r w:rsidR="007F00C7" w:rsidRPr="00FC5A4A">
        <w:rPr>
          <w:rFonts w:cs="Times New Roman"/>
        </w:rPr>
        <w:t>)</w:t>
      </w:r>
      <w:r w:rsidR="00FF7189" w:rsidRPr="00FC5A4A">
        <w:rPr>
          <w:rFonts w:cs="Times New Roman"/>
        </w:rPr>
        <w:t xml:space="preserve"> </w:t>
      </w:r>
      <w:r w:rsidR="007F00C7" w:rsidRPr="00FC5A4A">
        <w:rPr>
          <w:rFonts w:cs="Times New Roman"/>
        </w:rPr>
        <w:t>Öğrenci: Enstitü programlarına kayıtlı öğrenci</w:t>
      </w:r>
      <w:r w:rsidR="00D40F48" w:rsidRPr="00FC5A4A">
        <w:rPr>
          <w:rFonts w:cs="Times New Roman"/>
        </w:rPr>
        <w:t>yi</w:t>
      </w:r>
      <w:r w:rsidR="007F00C7" w:rsidRPr="00FC5A4A">
        <w:rPr>
          <w:rFonts w:cs="Times New Roman"/>
        </w:rPr>
        <w:t>,</w:t>
      </w:r>
      <w:r w:rsidR="007F00C7" w:rsidRPr="00FC5A4A">
        <w:rPr>
          <w:rFonts w:cs="Times New Roman"/>
        </w:rPr>
        <w:br/>
      </w:r>
      <w:r w:rsidRPr="00FC5A4A">
        <w:rPr>
          <w:rFonts w:cs="Times New Roman"/>
        </w:rPr>
        <w:t>g</w:t>
      </w:r>
      <w:r w:rsidR="007F00C7" w:rsidRPr="00FC5A4A">
        <w:rPr>
          <w:rFonts w:cs="Times New Roman"/>
        </w:rPr>
        <w:t>) Program: Tezli</w:t>
      </w:r>
      <w:r w:rsidR="00BD64ED" w:rsidRPr="00FC5A4A">
        <w:rPr>
          <w:rFonts w:cs="Times New Roman"/>
        </w:rPr>
        <w:t xml:space="preserve"> yüksek lisans</w:t>
      </w:r>
      <w:r w:rsidR="007F00C7" w:rsidRPr="00FC5A4A">
        <w:rPr>
          <w:rFonts w:cs="Times New Roman"/>
        </w:rPr>
        <w:t>, tezsiz yüksek lisans ve doktora programlarını,</w:t>
      </w:r>
    </w:p>
    <w:p w14:paraId="50B5EABA" w14:textId="3A802BDA" w:rsidR="00293B7A" w:rsidRPr="00FC5A4A" w:rsidRDefault="00BE3EBE" w:rsidP="00FF7189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ğ</w:t>
      </w:r>
      <w:r w:rsidR="00BD64ED" w:rsidRPr="00FC5A4A">
        <w:rPr>
          <w:rFonts w:cs="Times New Roman"/>
        </w:rPr>
        <w:t>) Rektör: Fenerbahçe Üniversitesi Rektörünü</w:t>
      </w:r>
      <w:r w:rsidR="002A7F14" w:rsidRPr="00FC5A4A">
        <w:rPr>
          <w:rFonts w:cs="Times New Roman"/>
        </w:rPr>
        <w:t>,</w:t>
      </w:r>
    </w:p>
    <w:p w14:paraId="378258F0" w14:textId="5DC4F550" w:rsidR="00832BE4" w:rsidRPr="00FC5A4A" w:rsidRDefault="00BE3EBE" w:rsidP="00FF7189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h</w:t>
      </w:r>
      <w:r w:rsidR="00832BE4" w:rsidRPr="00FC5A4A">
        <w:rPr>
          <w:rFonts w:cs="Times New Roman"/>
        </w:rPr>
        <w:t xml:space="preserve">) </w:t>
      </w:r>
      <w:r w:rsidR="00664735" w:rsidRPr="00FC5A4A">
        <w:rPr>
          <w:rFonts w:cs="Times New Roman"/>
        </w:rPr>
        <w:t>Senato: Fenerbahçe Üniversitesi Senatosunu,</w:t>
      </w:r>
    </w:p>
    <w:p w14:paraId="5EF8B7F5" w14:textId="79C8C4B2" w:rsidR="003C5B32" w:rsidRPr="00FC5A4A" w:rsidRDefault="00BE3EBE" w:rsidP="00FF7189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ı</w:t>
      </w:r>
      <w:r w:rsidR="003C5B32" w:rsidRPr="00FC5A4A">
        <w:rPr>
          <w:rFonts w:cs="Times New Roman"/>
        </w:rPr>
        <w:t>) Üniversite: Fenerbahçe Üniversitesini,</w:t>
      </w:r>
    </w:p>
    <w:p w14:paraId="0F1B4F81" w14:textId="6CA9B6AB" w:rsidR="00035D18" w:rsidRPr="00FC5A4A" w:rsidRDefault="00BE3EBE" w:rsidP="00FF7189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i</w:t>
      </w:r>
      <w:r w:rsidR="00035D18" w:rsidRPr="00FC5A4A">
        <w:rPr>
          <w:rFonts w:cs="Times New Roman"/>
        </w:rPr>
        <w:t>) Yönetmelik: Fenerbahçe Üniversitesi Lisansüstü Eğitim ve Öğretim Yönetmeliğini,</w:t>
      </w:r>
    </w:p>
    <w:p w14:paraId="6911C1B3" w14:textId="79F1AF97" w:rsidR="00664735" w:rsidRPr="00FC5A4A" w:rsidRDefault="002A7F14" w:rsidP="00FF7189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ifade eder.</w:t>
      </w:r>
    </w:p>
    <w:p w14:paraId="481F6F5E" w14:textId="77777777" w:rsidR="00293B7A" w:rsidRPr="00FC5A4A" w:rsidRDefault="00293B7A" w:rsidP="00293B7A">
      <w:pPr>
        <w:spacing w:after="0" w:line="360" w:lineRule="auto"/>
        <w:rPr>
          <w:rFonts w:cs="Times New Roman"/>
        </w:rPr>
      </w:pPr>
    </w:p>
    <w:p w14:paraId="46DB15B2" w14:textId="1F9E9E08" w:rsidR="00FB7FEB" w:rsidRPr="00FC5A4A" w:rsidRDefault="00613987" w:rsidP="00293B7A">
      <w:pPr>
        <w:spacing w:after="0" w:line="360" w:lineRule="auto"/>
        <w:jc w:val="center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>İKİNCİ BÖLÜM</w:t>
      </w:r>
      <w:r w:rsidRPr="00FC5A4A">
        <w:rPr>
          <w:rFonts w:cs="Times New Roman"/>
          <w:b/>
          <w:bCs/>
        </w:rPr>
        <w:br/>
        <w:t>Muafiyet</w:t>
      </w:r>
      <w:r w:rsidR="002072A6" w:rsidRPr="00FC5A4A">
        <w:rPr>
          <w:rFonts w:cs="Times New Roman"/>
          <w:b/>
          <w:bCs/>
        </w:rPr>
        <w:t xml:space="preserve"> </w:t>
      </w:r>
      <w:r w:rsidR="003F724B" w:rsidRPr="00FC5A4A">
        <w:rPr>
          <w:rFonts w:cs="Times New Roman"/>
          <w:b/>
          <w:bCs/>
        </w:rPr>
        <w:t xml:space="preserve">ve İntibak </w:t>
      </w:r>
      <w:r w:rsidR="00CC4046" w:rsidRPr="00FC5A4A">
        <w:rPr>
          <w:rFonts w:cs="Times New Roman"/>
          <w:b/>
          <w:bCs/>
        </w:rPr>
        <w:t>Süreci</w:t>
      </w:r>
    </w:p>
    <w:p w14:paraId="2CA85AAE" w14:textId="77777777" w:rsidR="00293B7A" w:rsidRPr="00FC5A4A" w:rsidRDefault="00293B7A" w:rsidP="00293B7A">
      <w:pPr>
        <w:spacing w:after="0" w:line="360" w:lineRule="auto"/>
        <w:jc w:val="center"/>
        <w:rPr>
          <w:rFonts w:cs="Times New Roman"/>
          <w:b/>
          <w:bCs/>
        </w:rPr>
      </w:pPr>
    </w:p>
    <w:p w14:paraId="05E0F177" w14:textId="0CED4225" w:rsidR="000C6F1E" w:rsidRPr="00FC5A4A" w:rsidRDefault="000C6F1E" w:rsidP="00BD64ED">
      <w:pPr>
        <w:spacing w:after="0" w:line="360" w:lineRule="auto"/>
        <w:jc w:val="both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 xml:space="preserve">Başvuru </w:t>
      </w:r>
    </w:p>
    <w:p w14:paraId="2A142FEA" w14:textId="452DA40E" w:rsidR="00BD64ED" w:rsidRPr="00FC5A4A" w:rsidRDefault="00BD64ED" w:rsidP="00BD64ED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>MADDE 5</w:t>
      </w:r>
      <w:r w:rsidR="0088478D"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(1) Lisansüstü programlar için ders muafiyeti talebi, akademik takvimde belirtilen tarih aralığında yapıl</w:t>
      </w:r>
      <w:r w:rsidR="002A7F14" w:rsidRPr="00FC5A4A">
        <w:rPr>
          <w:rFonts w:cs="Times New Roman"/>
        </w:rPr>
        <w:t>ır</w:t>
      </w:r>
      <w:r w:rsidRPr="00FC5A4A">
        <w:rPr>
          <w:rFonts w:cs="Times New Roman"/>
        </w:rPr>
        <w:t>.</w:t>
      </w:r>
      <w:r w:rsidR="00F90C23" w:rsidRPr="00FC5A4A">
        <w:rPr>
          <w:rFonts w:cs="Times New Roman"/>
        </w:rPr>
        <w:t xml:space="preserve"> </w:t>
      </w:r>
    </w:p>
    <w:p w14:paraId="250EF49F" w14:textId="04F24A16" w:rsidR="007F00C7" w:rsidRPr="00FC5A4A" w:rsidRDefault="007F00C7" w:rsidP="00F90C23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 xml:space="preserve">(2) </w:t>
      </w:r>
      <w:r w:rsidR="0088299A" w:rsidRPr="00FC5A4A">
        <w:rPr>
          <w:rFonts w:cs="Times New Roman"/>
        </w:rPr>
        <w:t>Muafiyet işlemleri için başvuru</w:t>
      </w:r>
      <w:r w:rsidR="00F25047" w:rsidRPr="00FC5A4A">
        <w:rPr>
          <w:rFonts w:cs="Times New Roman"/>
        </w:rPr>
        <w:t>,</w:t>
      </w:r>
      <w:r w:rsidR="0088299A" w:rsidRPr="00FC5A4A">
        <w:rPr>
          <w:rFonts w:cs="Times New Roman"/>
        </w:rPr>
        <w:t xml:space="preserve"> öğrenci tarafından bizzat yap</w:t>
      </w:r>
      <w:r w:rsidR="00F25047" w:rsidRPr="00FC5A4A">
        <w:rPr>
          <w:rFonts w:cs="Times New Roman"/>
        </w:rPr>
        <w:t>ılır</w:t>
      </w:r>
      <w:r w:rsidR="0088299A" w:rsidRPr="00FC5A4A">
        <w:rPr>
          <w:rFonts w:cs="Times New Roman"/>
        </w:rPr>
        <w:t xml:space="preserve">. </w:t>
      </w:r>
    </w:p>
    <w:p w14:paraId="3C372CF0" w14:textId="456801CC" w:rsidR="0088299A" w:rsidRPr="00FC5A4A" w:rsidRDefault="0088299A" w:rsidP="00F90C23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 xml:space="preserve">(3) Başvuru esnasında </w:t>
      </w:r>
      <w:r w:rsidR="000E6973" w:rsidRPr="00FC5A4A">
        <w:rPr>
          <w:rFonts w:cs="Times New Roman"/>
        </w:rPr>
        <w:t xml:space="preserve">muafiyet formu, </w:t>
      </w:r>
      <w:r w:rsidRPr="00FC5A4A">
        <w:rPr>
          <w:rFonts w:cs="Times New Roman"/>
        </w:rPr>
        <w:t xml:space="preserve">daha önce öğrenim görülen yükseköğretim kurumu tarafından onaylanmış ders içerikleri ve </w:t>
      </w:r>
      <w:r w:rsidR="0024143E" w:rsidRPr="00FC5A4A">
        <w:rPr>
          <w:rFonts w:cs="Times New Roman"/>
        </w:rPr>
        <w:t>transkript</w:t>
      </w:r>
      <w:r w:rsidRPr="00FC5A4A">
        <w:rPr>
          <w:rFonts w:cs="Times New Roman"/>
        </w:rPr>
        <w:t xml:space="preserve"> Enstitüye teslim </w:t>
      </w:r>
      <w:r w:rsidR="00D40F48" w:rsidRPr="00FC5A4A">
        <w:rPr>
          <w:rFonts w:cs="Times New Roman"/>
        </w:rPr>
        <w:t>edilmelidir</w:t>
      </w:r>
      <w:r w:rsidRPr="00FC5A4A">
        <w:rPr>
          <w:rFonts w:cs="Times New Roman"/>
        </w:rPr>
        <w:t>.</w:t>
      </w:r>
      <w:r w:rsidR="0016302C" w:rsidRPr="00FC5A4A">
        <w:rPr>
          <w:rFonts w:cs="Times New Roman"/>
        </w:rPr>
        <w:t xml:space="preserve"> </w:t>
      </w:r>
      <w:r w:rsidR="003661E7" w:rsidRPr="00FC5A4A">
        <w:rPr>
          <w:rFonts w:cs="Times New Roman"/>
        </w:rPr>
        <w:t>O</w:t>
      </w:r>
      <w:r w:rsidRPr="00FC5A4A">
        <w:rPr>
          <w:rFonts w:cs="Times New Roman"/>
        </w:rPr>
        <w:t>naysız ve eksik belge olması durum</w:t>
      </w:r>
      <w:r w:rsidR="003661E7" w:rsidRPr="00FC5A4A">
        <w:rPr>
          <w:rFonts w:cs="Times New Roman"/>
        </w:rPr>
        <w:t>un</w:t>
      </w:r>
      <w:r w:rsidRPr="00FC5A4A">
        <w:rPr>
          <w:rFonts w:cs="Times New Roman"/>
        </w:rPr>
        <w:t>da başvuru işleme alınmaz.</w:t>
      </w:r>
    </w:p>
    <w:p w14:paraId="7B7F4EAC" w14:textId="77777777" w:rsidR="000C6F1E" w:rsidRPr="00FC5A4A" w:rsidRDefault="000C6F1E" w:rsidP="000C6F1E">
      <w:pPr>
        <w:spacing w:after="0" w:line="360" w:lineRule="auto"/>
        <w:jc w:val="both"/>
        <w:rPr>
          <w:rFonts w:cs="Times New Roman"/>
          <w:b/>
          <w:bCs/>
        </w:rPr>
      </w:pPr>
    </w:p>
    <w:p w14:paraId="69FA88B3" w14:textId="10B3B24F" w:rsidR="000C6F1E" w:rsidRPr="00FC5A4A" w:rsidRDefault="00C60DD4" w:rsidP="000C6F1E">
      <w:pPr>
        <w:spacing w:after="0" w:line="360" w:lineRule="auto"/>
        <w:jc w:val="both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>Değerlendirme</w:t>
      </w:r>
    </w:p>
    <w:p w14:paraId="4F11D182" w14:textId="1E10BF3E" w:rsidR="007C0721" w:rsidRPr="00FC5A4A" w:rsidRDefault="000E6973" w:rsidP="00A41D7F">
      <w:pPr>
        <w:spacing w:after="0"/>
        <w:jc w:val="both"/>
        <w:rPr>
          <w:rFonts w:cs="Times New Roman"/>
          <w:szCs w:val="24"/>
        </w:rPr>
      </w:pPr>
      <w:r w:rsidRPr="00FC5A4A">
        <w:rPr>
          <w:rFonts w:cs="Times New Roman"/>
          <w:b/>
          <w:bCs/>
        </w:rPr>
        <w:t>MADDE 6</w:t>
      </w:r>
      <w:r w:rsidR="0088478D"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(</w:t>
      </w:r>
      <w:r w:rsidR="003661E7" w:rsidRPr="00FC5A4A">
        <w:rPr>
          <w:rFonts w:cs="Times New Roman"/>
        </w:rPr>
        <w:t>1</w:t>
      </w:r>
      <w:r w:rsidRPr="00FC5A4A">
        <w:rPr>
          <w:rFonts w:cs="Times New Roman"/>
        </w:rPr>
        <w:t xml:space="preserve">) Muafiyet </w:t>
      </w:r>
      <w:r w:rsidR="00C60DD4" w:rsidRPr="00FC5A4A">
        <w:rPr>
          <w:rFonts w:cs="Times New Roman"/>
        </w:rPr>
        <w:t>değerlendirmesi</w:t>
      </w:r>
      <w:r w:rsidRPr="00FC5A4A">
        <w:rPr>
          <w:rFonts w:cs="Times New Roman"/>
        </w:rPr>
        <w:t xml:space="preserve">, derslerin </w:t>
      </w:r>
      <w:r w:rsidR="00A41D7F" w:rsidRPr="00FC5A4A">
        <w:rPr>
          <w:rFonts w:cs="Times New Roman"/>
        </w:rPr>
        <w:t xml:space="preserve">ders saati </w:t>
      </w:r>
      <w:r w:rsidRPr="00FC5A4A">
        <w:rPr>
          <w:rFonts w:cs="Times New Roman"/>
        </w:rPr>
        <w:t xml:space="preserve">ve içerikleri göz önünde bulundurularak </w:t>
      </w:r>
      <w:r w:rsidR="00C60DD4" w:rsidRPr="00FC5A4A">
        <w:rPr>
          <w:rFonts w:cs="Times New Roman"/>
        </w:rPr>
        <w:t>yapılır</w:t>
      </w:r>
      <w:r w:rsidRPr="00FC5A4A">
        <w:rPr>
          <w:rFonts w:cs="Times New Roman"/>
        </w:rPr>
        <w:t xml:space="preserve">. </w:t>
      </w:r>
      <w:r w:rsidR="007B631C" w:rsidRPr="00FC5A4A">
        <w:rPr>
          <w:rFonts w:cs="Times New Roman"/>
        </w:rPr>
        <w:t>Ö</w:t>
      </w:r>
      <w:r w:rsidR="00A41D7F" w:rsidRPr="00FC5A4A">
        <w:rPr>
          <w:rFonts w:cs="Times New Roman"/>
          <w:szCs w:val="24"/>
        </w:rPr>
        <w:t xml:space="preserve">ğrencinin muafiyet için başvurduğu dersin ders saatinin Üniversitedeki ders saatinden düşük olmaması ve ders içeriğinin en az yüzde yetmiş oranında aynı olması gerekir. </w:t>
      </w:r>
      <w:r w:rsidR="00EB3D64" w:rsidRPr="00FC5A4A">
        <w:rPr>
          <w:rFonts w:cs="Times New Roman"/>
        </w:rPr>
        <w:t>Mevcut derslerin tamamında bu şartların</w:t>
      </w:r>
      <w:r w:rsidRPr="00FC5A4A">
        <w:rPr>
          <w:rFonts w:cs="Times New Roman"/>
        </w:rPr>
        <w:t xml:space="preserve"> </w:t>
      </w:r>
      <w:r w:rsidR="00EB3D64" w:rsidRPr="00FC5A4A">
        <w:rPr>
          <w:rFonts w:cs="Times New Roman"/>
        </w:rPr>
        <w:t>karşılanıyor</w:t>
      </w:r>
      <w:r w:rsidR="00C60DD4" w:rsidRPr="00FC5A4A">
        <w:rPr>
          <w:rFonts w:cs="Times New Roman"/>
        </w:rPr>
        <w:t xml:space="preserve"> olması halinde</w:t>
      </w:r>
      <w:r w:rsidR="00EB3D64" w:rsidRPr="00FC5A4A">
        <w:rPr>
          <w:rFonts w:cs="Times New Roman"/>
        </w:rPr>
        <w:t>,</w:t>
      </w:r>
      <w:r w:rsidR="00C60DD4" w:rsidRPr="00FC5A4A">
        <w:rPr>
          <w:rFonts w:cs="Times New Roman"/>
        </w:rPr>
        <w:t xml:space="preserve"> </w:t>
      </w:r>
      <w:r w:rsidR="001B04DC" w:rsidRPr="00FC5A4A">
        <w:rPr>
          <w:rFonts w:cs="Times New Roman"/>
        </w:rPr>
        <w:t xml:space="preserve">muaf olunacak dersler öğrenci </w:t>
      </w:r>
      <w:r w:rsidR="00BE3EBE" w:rsidRPr="00FC5A4A">
        <w:rPr>
          <w:rFonts w:cs="Times New Roman"/>
        </w:rPr>
        <w:t xml:space="preserve">ile görüşülerek </w:t>
      </w:r>
      <w:r w:rsidR="001B04DC" w:rsidRPr="00FC5A4A">
        <w:rPr>
          <w:rFonts w:cs="Times New Roman"/>
        </w:rPr>
        <w:t>belirlenir</w:t>
      </w:r>
      <w:r w:rsidRPr="00FC5A4A">
        <w:rPr>
          <w:rFonts w:cs="Times New Roman"/>
        </w:rPr>
        <w:t>.</w:t>
      </w:r>
    </w:p>
    <w:p w14:paraId="04E62F43" w14:textId="3CFFE3A8" w:rsidR="00A840EC" w:rsidRPr="00FC5A4A" w:rsidRDefault="00A840EC" w:rsidP="000E6973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</w:t>
      </w:r>
      <w:r w:rsidR="00A34466" w:rsidRPr="00FC5A4A">
        <w:rPr>
          <w:rFonts w:cs="Times New Roman"/>
        </w:rPr>
        <w:t>2</w:t>
      </w:r>
      <w:r w:rsidRPr="00FC5A4A">
        <w:rPr>
          <w:rFonts w:cs="Times New Roman"/>
        </w:rPr>
        <w:t xml:space="preserve">) </w:t>
      </w:r>
      <w:r w:rsidR="00A34466" w:rsidRPr="00FC5A4A">
        <w:rPr>
          <w:rFonts w:cs="Times New Roman"/>
        </w:rPr>
        <w:t>Muafiyet talebinde bulunulan</w:t>
      </w:r>
      <w:r w:rsidRPr="00FC5A4A">
        <w:rPr>
          <w:rFonts w:cs="Times New Roman"/>
        </w:rPr>
        <w:t xml:space="preserve"> dersin adının eşdeğer sayılacak ders ile aynı olması</w:t>
      </w:r>
      <w:r w:rsidR="006E242C" w:rsidRPr="00FC5A4A">
        <w:rPr>
          <w:rFonts w:cs="Times New Roman"/>
        </w:rPr>
        <w:t xml:space="preserve">, </w:t>
      </w:r>
      <w:r w:rsidR="002B0AAB" w:rsidRPr="00FC5A4A">
        <w:rPr>
          <w:rFonts w:cs="Times New Roman"/>
        </w:rPr>
        <w:t xml:space="preserve">derslerin </w:t>
      </w:r>
      <w:r w:rsidR="006E242C" w:rsidRPr="00FC5A4A">
        <w:rPr>
          <w:rFonts w:cs="Times New Roman"/>
        </w:rPr>
        <w:t xml:space="preserve">aynı </w:t>
      </w:r>
      <w:r w:rsidR="0092453F" w:rsidRPr="00FC5A4A">
        <w:rPr>
          <w:rFonts w:cs="Times New Roman"/>
        </w:rPr>
        <w:t>dilde alınmış olması</w:t>
      </w:r>
      <w:r w:rsidR="002B0AAB" w:rsidRPr="00FC5A4A">
        <w:rPr>
          <w:rFonts w:cs="Times New Roman"/>
        </w:rPr>
        <w:t xml:space="preserve"> veya </w:t>
      </w:r>
      <w:r w:rsidRPr="00FC5A4A">
        <w:rPr>
          <w:rFonts w:cs="Times New Roman"/>
        </w:rPr>
        <w:t xml:space="preserve">zorunlu </w:t>
      </w:r>
      <w:r w:rsidR="002B0AAB" w:rsidRPr="00FC5A4A">
        <w:rPr>
          <w:rFonts w:cs="Times New Roman"/>
        </w:rPr>
        <w:t>ya da</w:t>
      </w:r>
      <w:r w:rsidRPr="00FC5A4A">
        <w:rPr>
          <w:rFonts w:cs="Times New Roman"/>
        </w:rPr>
        <w:t xml:space="preserve"> seçmeli olması </w:t>
      </w:r>
      <w:r w:rsidR="006E242C" w:rsidRPr="00FC5A4A">
        <w:rPr>
          <w:rFonts w:cs="Times New Roman"/>
        </w:rPr>
        <w:t>şart</w:t>
      </w:r>
      <w:r w:rsidR="002B0AAB" w:rsidRPr="00FC5A4A">
        <w:rPr>
          <w:rFonts w:cs="Times New Roman"/>
        </w:rPr>
        <w:t>lar</w:t>
      </w:r>
      <w:r w:rsidR="006E242C" w:rsidRPr="00FC5A4A">
        <w:rPr>
          <w:rFonts w:cs="Times New Roman"/>
        </w:rPr>
        <w:t>ı aranmaz</w:t>
      </w:r>
      <w:r w:rsidRPr="00FC5A4A">
        <w:rPr>
          <w:rFonts w:cs="Times New Roman"/>
        </w:rPr>
        <w:t>.</w:t>
      </w:r>
    </w:p>
    <w:p w14:paraId="158DD9B1" w14:textId="6C76E38B" w:rsidR="00A840EC" w:rsidRPr="00FC5A4A" w:rsidRDefault="00A840EC" w:rsidP="000E6973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lastRenderedPageBreak/>
        <w:t>(</w:t>
      </w:r>
      <w:r w:rsidR="002B0AAB" w:rsidRPr="00FC5A4A">
        <w:rPr>
          <w:rFonts w:cs="Times New Roman"/>
        </w:rPr>
        <w:t>3</w:t>
      </w:r>
      <w:r w:rsidRPr="00FC5A4A">
        <w:rPr>
          <w:rFonts w:cs="Times New Roman"/>
        </w:rPr>
        <w:t xml:space="preserve">) Öğrencinin bir dersten muaf sayılabilmesi için öğrenim görmüş olduğu üniversitenin değerlendirme sistemine göre ilgili dersten </w:t>
      </w:r>
      <w:r w:rsidR="00A34466" w:rsidRPr="00FC5A4A">
        <w:rPr>
          <w:rFonts w:cs="Times New Roman"/>
        </w:rPr>
        <w:t>“</w:t>
      </w:r>
      <w:r w:rsidRPr="00FC5A4A">
        <w:rPr>
          <w:rFonts w:cs="Times New Roman"/>
        </w:rPr>
        <w:t>başarılı</w:t>
      </w:r>
      <w:r w:rsidR="00A34466" w:rsidRPr="00FC5A4A">
        <w:rPr>
          <w:rFonts w:cs="Times New Roman"/>
        </w:rPr>
        <w:t>”</w:t>
      </w:r>
      <w:r w:rsidRPr="00FC5A4A">
        <w:rPr>
          <w:rFonts w:cs="Times New Roman"/>
        </w:rPr>
        <w:t xml:space="preserve"> sayılan bir not alması ve ders notunun Fenerbahçe Üniversitesindeki karşılığının </w:t>
      </w:r>
      <w:r w:rsidR="002B0AAB" w:rsidRPr="00FC5A4A">
        <w:rPr>
          <w:rFonts w:cs="Times New Roman"/>
        </w:rPr>
        <w:t xml:space="preserve">en az </w:t>
      </w:r>
      <w:r w:rsidR="00A34466" w:rsidRPr="00FC5A4A">
        <w:rPr>
          <w:rFonts w:cs="Times New Roman"/>
        </w:rPr>
        <w:t>“</w:t>
      </w:r>
      <w:r w:rsidRPr="00FC5A4A">
        <w:rPr>
          <w:rFonts w:cs="Times New Roman"/>
        </w:rPr>
        <w:t>geçer</w:t>
      </w:r>
      <w:r w:rsidR="00A34466" w:rsidRPr="00FC5A4A">
        <w:rPr>
          <w:rFonts w:cs="Times New Roman"/>
        </w:rPr>
        <w:t>”</w:t>
      </w:r>
      <w:r w:rsidRPr="00FC5A4A">
        <w:rPr>
          <w:rFonts w:cs="Times New Roman"/>
        </w:rPr>
        <w:t xml:space="preserve"> not olması gerekir.</w:t>
      </w:r>
    </w:p>
    <w:p w14:paraId="3BB52BBB" w14:textId="424221E7" w:rsidR="00A97B78" w:rsidRPr="00FC5A4A" w:rsidRDefault="0092453F" w:rsidP="000E6973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</w:t>
      </w:r>
      <w:r w:rsidR="00BE3EBE" w:rsidRPr="00FC5A4A">
        <w:rPr>
          <w:rFonts w:cs="Times New Roman"/>
        </w:rPr>
        <w:t>4</w:t>
      </w:r>
      <w:r w:rsidRPr="00FC5A4A">
        <w:rPr>
          <w:rFonts w:cs="Times New Roman"/>
        </w:rPr>
        <w:t>)</w:t>
      </w:r>
      <w:r w:rsidRPr="00FC5A4A">
        <w:rPr>
          <w:rFonts w:cs="Times New Roman"/>
          <w:b/>
          <w:bCs/>
        </w:rPr>
        <w:t xml:space="preserve"> </w:t>
      </w:r>
      <w:r w:rsidRPr="00FC5A4A">
        <w:rPr>
          <w:rFonts w:cs="Times New Roman"/>
        </w:rPr>
        <w:t xml:space="preserve">Daha önce </w:t>
      </w:r>
      <w:r w:rsidR="00A41D7F" w:rsidRPr="00FC5A4A">
        <w:rPr>
          <w:rFonts w:cs="Times New Roman"/>
        </w:rPr>
        <w:t xml:space="preserve">başka bir yükseköğretim kurumunda </w:t>
      </w:r>
      <w:r w:rsidR="00073DC2" w:rsidRPr="00FC5A4A">
        <w:rPr>
          <w:rFonts w:cs="Times New Roman"/>
        </w:rPr>
        <w:t xml:space="preserve">yüksek lisans </w:t>
      </w:r>
      <w:r w:rsidR="001C4442" w:rsidRPr="00FC5A4A">
        <w:rPr>
          <w:rFonts w:cs="Times New Roman"/>
        </w:rPr>
        <w:t>düzeyinde</w:t>
      </w:r>
      <w:r w:rsidR="00073DC2" w:rsidRPr="00FC5A4A">
        <w:rPr>
          <w:rFonts w:cs="Times New Roman"/>
        </w:rPr>
        <w:t xml:space="preserve"> </w:t>
      </w:r>
      <w:r w:rsidRPr="00FC5A4A">
        <w:rPr>
          <w:rFonts w:cs="Times New Roman"/>
        </w:rPr>
        <w:t>al</w:t>
      </w:r>
      <w:r w:rsidR="00073DC2" w:rsidRPr="00FC5A4A">
        <w:rPr>
          <w:rFonts w:cs="Times New Roman"/>
        </w:rPr>
        <w:t>ınmış</w:t>
      </w:r>
      <w:r w:rsidRPr="00FC5A4A">
        <w:rPr>
          <w:rFonts w:cs="Times New Roman"/>
        </w:rPr>
        <w:t xml:space="preserve"> ve başarılı </w:t>
      </w:r>
      <w:r w:rsidR="00073DC2" w:rsidRPr="00FC5A4A">
        <w:rPr>
          <w:rFonts w:cs="Times New Roman"/>
        </w:rPr>
        <w:t>olunmuş dersler</w:t>
      </w:r>
      <w:r w:rsidR="00D774EB" w:rsidRPr="00FC5A4A">
        <w:rPr>
          <w:rFonts w:cs="Times New Roman"/>
        </w:rPr>
        <w:t>in</w:t>
      </w:r>
      <w:r w:rsidR="00073DC2" w:rsidRPr="00FC5A4A">
        <w:rPr>
          <w:rFonts w:cs="Times New Roman"/>
          <w:b/>
          <w:bCs/>
        </w:rPr>
        <w:t xml:space="preserve"> </w:t>
      </w:r>
      <w:r w:rsidR="00073DC2" w:rsidRPr="00FC5A4A">
        <w:rPr>
          <w:rFonts w:cs="Times New Roman"/>
        </w:rPr>
        <w:t>t</w:t>
      </w:r>
      <w:r w:rsidR="00613987" w:rsidRPr="00FC5A4A">
        <w:rPr>
          <w:rFonts w:cs="Times New Roman"/>
        </w:rPr>
        <w:t>ezsiz yüksek lisans program</w:t>
      </w:r>
      <w:r w:rsidR="00073DC2" w:rsidRPr="00FC5A4A">
        <w:rPr>
          <w:rFonts w:cs="Times New Roman"/>
        </w:rPr>
        <w:t>ı</w:t>
      </w:r>
      <w:r w:rsidR="00572870" w:rsidRPr="00FC5A4A">
        <w:rPr>
          <w:rFonts w:cs="Times New Roman"/>
        </w:rPr>
        <w:t xml:space="preserve">nda </w:t>
      </w:r>
      <w:r w:rsidR="00613987" w:rsidRPr="00FC5A4A">
        <w:rPr>
          <w:rFonts w:cs="Times New Roman"/>
        </w:rPr>
        <w:t xml:space="preserve">en fazla </w:t>
      </w:r>
      <w:r w:rsidR="0096091E" w:rsidRPr="00FC5A4A">
        <w:rPr>
          <w:rFonts w:cs="Times New Roman"/>
        </w:rPr>
        <w:t>sekiz</w:t>
      </w:r>
      <w:r w:rsidR="00613987" w:rsidRPr="00FC5A4A">
        <w:rPr>
          <w:rFonts w:cs="Times New Roman"/>
        </w:rPr>
        <w:t xml:space="preserve"> </w:t>
      </w:r>
      <w:r w:rsidR="0096091E" w:rsidRPr="00FC5A4A">
        <w:rPr>
          <w:rFonts w:cs="Times New Roman"/>
        </w:rPr>
        <w:t xml:space="preserve">(8) </w:t>
      </w:r>
      <w:r w:rsidR="00572870" w:rsidRPr="00FC5A4A">
        <w:rPr>
          <w:rFonts w:cs="Times New Roman"/>
        </w:rPr>
        <w:t>tanesi</w:t>
      </w:r>
      <w:r w:rsidR="00F5628E" w:rsidRPr="00FC5A4A">
        <w:rPr>
          <w:rFonts w:cs="Times New Roman"/>
        </w:rPr>
        <w:t>nden</w:t>
      </w:r>
      <w:r w:rsidR="00613987" w:rsidRPr="00FC5A4A">
        <w:rPr>
          <w:rFonts w:cs="Times New Roman"/>
        </w:rPr>
        <w:t xml:space="preserve">, </w:t>
      </w:r>
      <w:r w:rsidR="00073DC2" w:rsidRPr="00FC5A4A">
        <w:rPr>
          <w:rFonts w:cs="Times New Roman"/>
        </w:rPr>
        <w:t xml:space="preserve">tezli yüksek lisans programında en fazla </w:t>
      </w:r>
      <w:r w:rsidR="0096091E" w:rsidRPr="00FC5A4A">
        <w:rPr>
          <w:rFonts w:cs="Times New Roman"/>
        </w:rPr>
        <w:t>altı</w:t>
      </w:r>
      <w:r w:rsidR="00073DC2" w:rsidRPr="00FC5A4A">
        <w:rPr>
          <w:rFonts w:cs="Times New Roman"/>
        </w:rPr>
        <w:t xml:space="preserve"> (</w:t>
      </w:r>
      <w:r w:rsidR="0096091E" w:rsidRPr="00FC5A4A">
        <w:rPr>
          <w:rFonts w:cs="Times New Roman"/>
        </w:rPr>
        <w:t>6</w:t>
      </w:r>
      <w:r w:rsidR="00073DC2" w:rsidRPr="00FC5A4A">
        <w:rPr>
          <w:rFonts w:cs="Times New Roman"/>
        </w:rPr>
        <w:t>)</w:t>
      </w:r>
      <w:r w:rsidR="00F5628E" w:rsidRPr="00FC5A4A">
        <w:rPr>
          <w:rFonts w:cs="Times New Roman"/>
        </w:rPr>
        <w:t xml:space="preserve"> tanesinden</w:t>
      </w:r>
      <w:r w:rsidR="00073DC2" w:rsidRPr="00FC5A4A">
        <w:rPr>
          <w:rFonts w:cs="Times New Roman"/>
        </w:rPr>
        <w:t xml:space="preserve"> </w:t>
      </w:r>
      <w:r w:rsidR="0096091E" w:rsidRPr="00FC5A4A">
        <w:rPr>
          <w:rFonts w:cs="Times New Roman"/>
        </w:rPr>
        <w:t>muaf</w:t>
      </w:r>
      <w:r w:rsidR="00F5628E" w:rsidRPr="00FC5A4A">
        <w:rPr>
          <w:rFonts w:cs="Times New Roman"/>
        </w:rPr>
        <w:t xml:space="preserve"> olunabilir</w:t>
      </w:r>
      <w:r w:rsidR="0096091E" w:rsidRPr="00FC5A4A">
        <w:rPr>
          <w:rFonts w:cs="Times New Roman"/>
        </w:rPr>
        <w:t xml:space="preserve">. </w:t>
      </w:r>
      <w:r w:rsidR="005509E9" w:rsidRPr="00FC5A4A">
        <w:rPr>
          <w:rFonts w:cs="Times New Roman"/>
        </w:rPr>
        <w:t>D</w:t>
      </w:r>
      <w:r w:rsidR="00A97B78" w:rsidRPr="00FC5A4A">
        <w:rPr>
          <w:rFonts w:cs="Times New Roman"/>
        </w:rPr>
        <w:t>önem projesi dersi ile yüksek lisans tezinden muaf olunamaz.</w:t>
      </w:r>
      <w:r w:rsidR="00A41D7F" w:rsidRPr="00FC5A4A">
        <w:rPr>
          <w:rFonts w:cs="Times New Roman"/>
        </w:rPr>
        <w:t xml:space="preserve"> </w:t>
      </w:r>
    </w:p>
    <w:p w14:paraId="3DE12CDC" w14:textId="4EF0F8C1" w:rsidR="0096091E" w:rsidRPr="00FC5A4A" w:rsidRDefault="00A97B78" w:rsidP="000E6973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</w:t>
      </w:r>
      <w:r w:rsidR="00BE3EBE" w:rsidRPr="00FC5A4A">
        <w:rPr>
          <w:rFonts w:cs="Times New Roman"/>
        </w:rPr>
        <w:t>5</w:t>
      </w:r>
      <w:r w:rsidRPr="00FC5A4A">
        <w:rPr>
          <w:rFonts w:cs="Times New Roman"/>
        </w:rPr>
        <w:t xml:space="preserve">) </w:t>
      </w:r>
      <w:r w:rsidR="00F5628E" w:rsidRPr="00FC5A4A">
        <w:rPr>
          <w:rFonts w:cs="Times New Roman"/>
        </w:rPr>
        <w:t>Doktora programında d</w:t>
      </w:r>
      <w:r w:rsidR="0096091E" w:rsidRPr="00FC5A4A">
        <w:rPr>
          <w:rFonts w:cs="Times New Roman"/>
        </w:rPr>
        <w:t xml:space="preserve">aha önce </w:t>
      </w:r>
      <w:r w:rsidR="00A41D7F" w:rsidRPr="00FC5A4A">
        <w:rPr>
          <w:rFonts w:cs="Times New Roman"/>
        </w:rPr>
        <w:t xml:space="preserve">başka bir yükseköğretim kurumundaki </w:t>
      </w:r>
      <w:r w:rsidR="0096091E" w:rsidRPr="00FC5A4A">
        <w:rPr>
          <w:rFonts w:cs="Times New Roman"/>
        </w:rPr>
        <w:t>bir doktora programında alınmış ve başarılı olunmuş dersler</w:t>
      </w:r>
      <w:r w:rsidR="0067432E" w:rsidRPr="00FC5A4A">
        <w:rPr>
          <w:rFonts w:cs="Times New Roman"/>
        </w:rPr>
        <w:t>in</w:t>
      </w:r>
      <w:r w:rsidR="0096091E" w:rsidRPr="00FC5A4A">
        <w:rPr>
          <w:rFonts w:cs="Times New Roman"/>
        </w:rPr>
        <w:t xml:space="preserve"> en fazla altı (6) </w:t>
      </w:r>
      <w:r w:rsidR="00F5628E" w:rsidRPr="00FC5A4A">
        <w:rPr>
          <w:rFonts w:cs="Times New Roman"/>
        </w:rPr>
        <w:t>tanesinden</w:t>
      </w:r>
      <w:r w:rsidR="0096091E" w:rsidRPr="00FC5A4A">
        <w:rPr>
          <w:rFonts w:cs="Times New Roman"/>
        </w:rPr>
        <w:t xml:space="preserve"> </w:t>
      </w:r>
      <w:r w:rsidR="00F5628E" w:rsidRPr="00FC5A4A">
        <w:rPr>
          <w:rFonts w:cs="Times New Roman"/>
        </w:rPr>
        <w:t>muaf</w:t>
      </w:r>
      <w:r w:rsidR="0096091E" w:rsidRPr="00FC5A4A">
        <w:rPr>
          <w:rFonts w:cs="Times New Roman"/>
        </w:rPr>
        <w:t xml:space="preserve"> </w:t>
      </w:r>
      <w:r w:rsidR="00F5628E" w:rsidRPr="00FC5A4A">
        <w:rPr>
          <w:rFonts w:cs="Times New Roman"/>
        </w:rPr>
        <w:t>olunabilir</w:t>
      </w:r>
      <w:r w:rsidR="0096091E" w:rsidRPr="00FC5A4A">
        <w:rPr>
          <w:rFonts w:cs="Times New Roman"/>
        </w:rPr>
        <w:t xml:space="preserve">. </w:t>
      </w:r>
      <w:r w:rsidR="0067432E" w:rsidRPr="00FC5A4A">
        <w:rPr>
          <w:rFonts w:cs="Times New Roman"/>
        </w:rPr>
        <w:t>Doktora yeterlik, t</w:t>
      </w:r>
      <w:r w:rsidRPr="00FC5A4A">
        <w:rPr>
          <w:rFonts w:cs="Times New Roman"/>
        </w:rPr>
        <w:t>ez izleme</w:t>
      </w:r>
      <w:r w:rsidR="004760E2" w:rsidRPr="00FC5A4A">
        <w:rPr>
          <w:rFonts w:cs="Times New Roman"/>
        </w:rPr>
        <w:t xml:space="preserve"> </w:t>
      </w:r>
      <w:r w:rsidRPr="00FC5A4A">
        <w:rPr>
          <w:rFonts w:cs="Times New Roman"/>
        </w:rPr>
        <w:t xml:space="preserve">ve doktora tezinden muaf </w:t>
      </w:r>
      <w:r w:rsidR="00F5628E" w:rsidRPr="00FC5A4A">
        <w:rPr>
          <w:rFonts w:cs="Times New Roman"/>
        </w:rPr>
        <w:t>olunamaz</w:t>
      </w:r>
      <w:r w:rsidRPr="00FC5A4A">
        <w:rPr>
          <w:rFonts w:cs="Times New Roman"/>
        </w:rPr>
        <w:t>.</w:t>
      </w:r>
    </w:p>
    <w:p w14:paraId="57EAA634" w14:textId="5E7F0510" w:rsidR="00FB7FEB" w:rsidRPr="00FC5A4A" w:rsidRDefault="0096091E" w:rsidP="000E6973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</w:t>
      </w:r>
      <w:r w:rsidR="00BE3EBE" w:rsidRPr="00FC5A4A">
        <w:rPr>
          <w:rFonts w:cs="Times New Roman"/>
        </w:rPr>
        <w:t>6</w:t>
      </w:r>
      <w:r w:rsidRPr="00FC5A4A">
        <w:rPr>
          <w:rFonts w:cs="Times New Roman"/>
        </w:rPr>
        <w:t xml:space="preserve">) </w:t>
      </w:r>
      <w:r w:rsidR="00A97B78" w:rsidRPr="00FC5A4A">
        <w:rPr>
          <w:rFonts w:cs="Times New Roman"/>
        </w:rPr>
        <w:t xml:space="preserve">Muafiyet talebi, </w:t>
      </w:r>
      <w:r w:rsidR="00613987" w:rsidRPr="00FC5A4A">
        <w:rPr>
          <w:rFonts w:cs="Times New Roman"/>
        </w:rPr>
        <w:t xml:space="preserve">anabilim/anasanat dalı başkanlığının teklifi ve </w:t>
      </w:r>
      <w:r w:rsidR="00F90C23" w:rsidRPr="00FC5A4A">
        <w:rPr>
          <w:rFonts w:cs="Times New Roman"/>
        </w:rPr>
        <w:t xml:space="preserve">Enstitü </w:t>
      </w:r>
      <w:r w:rsidR="00613987" w:rsidRPr="00FC5A4A">
        <w:rPr>
          <w:rFonts w:cs="Times New Roman"/>
        </w:rPr>
        <w:t xml:space="preserve">Yönetim Kurulu kararıyla </w:t>
      </w:r>
      <w:r w:rsidR="00A97B78" w:rsidRPr="00FC5A4A">
        <w:rPr>
          <w:rFonts w:cs="Times New Roman"/>
        </w:rPr>
        <w:t>sonuçlandırılır</w:t>
      </w:r>
      <w:r w:rsidR="00613987" w:rsidRPr="00FC5A4A">
        <w:rPr>
          <w:rFonts w:cs="Times New Roman"/>
        </w:rPr>
        <w:t>.</w:t>
      </w:r>
      <w:r w:rsidR="000E6973" w:rsidRPr="00FC5A4A">
        <w:rPr>
          <w:rFonts w:cs="Times New Roman"/>
        </w:rPr>
        <w:t xml:space="preserve"> </w:t>
      </w:r>
    </w:p>
    <w:p w14:paraId="724520CD" w14:textId="11FFE455" w:rsidR="003661E7" w:rsidRPr="00FC5A4A" w:rsidRDefault="003661E7" w:rsidP="003661E7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</w:t>
      </w:r>
      <w:r w:rsidR="00BE3EBE" w:rsidRPr="00FC5A4A">
        <w:rPr>
          <w:rFonts w:cs="Times New Roman"/>
        </w:rPr>
        <w:t>7</w:t>
      </w:r>
      <w:r w:rsidRPr="00FC5A4A">
        <w:rPr>
          <w:rFonts w:cs="Times New Roman"/>
        </w:rPr>
        <w:t xml:space="preserve">) Öğrenci, muafiyet başvurusu Enstitü Yönetim Kurulu tarafından karara bağlanana kadar, </w:t>
      </w:r>
      <w:r w:rsidR="00B40796" w:rsidRPr="00FC5A4A">
        <w:rPr>
          <w:rFonts w:cs="Times New Roman"/>
        </w:rPr>
        <w:t>ders seçimi ve dersin gerektirdiği diğer yükümlülükleri yerine getirir</w:t>
      </w:r>
      <w:r w:rsidRPr="00FC5A4A">
        <w:rPr>
          <w:rFonts w:cs="Times New Roman"/>
        </w:rPr>
        <w:t>.</w:t>
      </w:r>
    </w:p>
    <w:p w14:paraId="2BA0699C" w14:textId="30319FCD" w:rsidR="0088478D" w:rsidRPr="00FC5A4A" w:rsidRDefault="0088478D" w:rsidP="0088478D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</w:t>
      </w:r>
      <w:r w:rsidR="00BE3EBE" w:rsidRPr="00FC5A4A">
        <w:rPr>
          <w:rFonts w:cs="Times New Roman"/>
        </w:rPr>
        <w:t>8</w:t>
      </w:r>
      <w:r w:rsidRPr="00FC5A4A">
        <w:rPr>
          <w:rFonts w:cs="Times New Roman"/>
        </w:rPr>
        <w:t xml:space="preserve">) Muafiyet kararı </w:t>
      </w:r>
      <w:r w:rsidR="001C4442" w:rsidRPr="00FC5A4A">
        <w:rPr>
          <w:rFonts w:cs="Times New Roman"/>
        </w:rPr>
        <w:t xml:space="preserve">Enstitü tarafından </w:t>
      </w:r>
      <w:r w:rsidRPr="00FC5A4A">
        <w:rPr>
          <w:rFonts w:cs="Times New Roman"/>
        </w:rPr>
        <w:t xml:space="preserve">Öğrenci İşleri </w:t>
      </w:r>
      <w:r w:rsidR="00A41D7F" w:rsidRPr="00FC5A4A">
        <w:rPr>
          <w:rFonts w:cs="Times New Roman"/>
        </w:rPr>
        <w:t xml:space="preserve">Daire Başkanlığına </w:t>
      </w:r>
      <w:r w:rsidRPr="00FC5A4A">
        <w:rPr>
          <w:rFonts w:cs="Times New Roman"/>
        </w:rPr>
        <w:t xml:space="preserve">bildirilir ve </w:t>
      </w:r>
      <w:r w:rsidR="00A41D7F" w:rsidRPr="00FC5A4A">
        <w:rPr>
          <w:rFonts w:cs="Times New Roman"/>
        </w:rPr>
        <w:t xml:space="preserve">Daire Başkanlığı tarafından </w:t>
      </w:r>
      <w:r w:rsidRPr="00FC5A4A">
        <w:rPr>
          <w:rFonts w:cs="Times New Roman"/>
        </w:rPr>
        <w:t>OİS</w:t>
      </w:r>
      <w:r w:rsidR="00FC6FD9" w:rsidRPr="00FC5A4A">
        <w:rPr>
          <w:rFonts w:cs="Times New Roman"/>
        </w:rPr>
        <w:t>’e</w:t>
      </w:r>
      <w:r w:rsidRPr="00FC5A4A">
        <w:rPr>
          <w:rFonts w:cs="Times New Roman"/>
        </w:rPr>
        <w:t xml:space="preserve"> işlenir.</w:t>
      </w:r>
      <w:r w:rsidR="00B40796" w:rsidRPr="00FC5A4A">
        <w:rPr>
          <w:rFonts w:cs="Times New Roman"/>
        </w:rPr>
        <w:t xml:space="preserve"> Öğrenciye ayrıca tebligat yapılmaz.</w:t>
      </w:r>
    </w:p>
    <w:p w14:paraId="7A1B2530" w14:textId="739B2868" w:rsidR="00F93B57" w:rsidRPr="00FC5A4A" w:rsidRDefault="00F93B57" w:rsidP="0088478D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</w:t>
      </w:r>
      <w:r w:rsidR="00BE3EBE" w:rsidRPr="00FC5A4A">
        <w:rPr>
          <w:rFonts w:cs="Times New Roman"/>
        </w:rPr>
        <w:t>9</w:t>
      </w:r>
      <w:r w:rsidRPr="00FC5A4A">
        <w:rPr>
          <w:rFonts w:cs="Times New Roman"/>
        </w:rPr>
        <w:t xml:space="preserve">) </w:t>
      </w:r>
      <w:r w:rsidR="003C5B32" w:rsidRPr="00FC5A4A">
        <w:rPr>
          <w:rFonts w:cs="Times New Roman"/>
        </w:rPr>
        <w:t>Öğrencinin muaf tutulduğu dersler, Üniversitedeki öğrenim süresince tekrar alınamaz.</w:t>
      </w:r>
    </w:p>
    <w:p w14:paraId="506212ED" w14:textId="77777777" w:rsidR="003F724B" w:rsidRPr="00FC5A4A" w:rsidRDefault="003F724B" w:rsidP="0088478D">
      <w:pPr>
        <w:spacing w:after="0" w:line="360" w:lineRule="auto"/>
        <w:jc w:val="both"/>
        <w:rPr>
          <w:rFonts w:cs="Times New Roman"/>
        </w:rPr>
      </w:pPr>
    </w:p>
    <w:p w14:paraId="1E1F59BD" w14:textId="09087587" w:rsidR="003F724B" w:rsidRPr="00FC5A4A" w:rsidRDefault="003F724B" w:rsidP="0088478D">
      <w:pPr>
        <w:spacing w:after="0" w:line="360" w:lineRule="auto"/>
        <w:jc w:val="both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>İntibak</w:t>
      </w:r>
    </w:p>
    <w:p w14:paraId="30D38994" w14:textId="43EE232A" w:rsidR="003C5B32" w:rsidRPr="00FC5A4A" w:rsidRDefault="003F724B" w:rsidP="0088478D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>MADDE 7-</w:t>
      </w:r>
      <w:r w:rsidRPr="00FC5A4A">
        <w:rPr>
          <w:rFonts w:cs="Times New Roman"/>
        </w:rPr>
        <w:t xml:space="preserve"> </w:t>
      </w:r>
      <w:r w:rsidR="003C5B32" w:rsidRPr="00FC5A4A">
        <w:rPr>
          <w:rFonts w:cs="Times New Roman"/>
        </w:rPr>
        <w:t>(1) Öğrencinin muaf tutulduğu dersler GNO hesaplamasına katılır ve transkript</w:t>
      </w:r>
      <w:r w:rsidR="00BE3EBE" w:rsidRPr="00FC5A4A">
        <w:rPr>
          <w:rFonts w:cs="Times New Roman"/>
        </w:rPr>
        <w:t xml:space="preserve">te </w:t>
      </w:r>
      <w:r w:rsidR="003C5B32" w:rsidRPr="00FC5A4A">
        <w:rPr>
          <w:rFonts w:cs="Times New Roman"/>
        </w:rPr>
        <w:t>gösterilir.</w:t>
      </w:r>
    </w:p>
    <w:p w14:paraId="666CD834" w14:textId="285102CA" w:rsidR="000F6294" w:rsidRPr="00FC5A4A" w:rsidRDefault="003C5B32" w:rsidP="0088478D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 xml:space="preserve">(2) </w:t>
      </w:r>
      <w:r w:rsidR="00035D18" w:rsidRPr="00FC5A4A">
        <w:rPr>
          <w:rFonts w:cs="Times New Roman"/>
        </w:rPr>
        <w:t xml:space="preserve">Muaf olunan derslerin intibak işlemleri Yönetmeliğe </w:t>
      </w:r>
      <w:r w:rsidR="004F278F" w:rsidRPr="00FC5A4A">
        <w:rPr>
          <w:rFonts w:cs="Times New Roman"/>
        </w:rPr>
        <w:t>uygun olarak</w:t>
      </w:r>
      <w:r w:rsidR="00035D18" w:rsidRPr="00FC5A4A">
        <w:rPr>
          <w:rFonts w:cs="Times New Roman"/>
        </w:rPr>
        <w:t xml:space="preserve"> yapılır. </w:t>
      </w:r>
    </w:p>
    <w:p w14:paraId="7191DC3B" w14:textId="77777777" w:rsidR="000F6294" w:rsidRPr="00FC5A4A" w:rsidRDefault="000F6294" w:rsidP="0088478D">
      <w:pPr>
        <w:spacing w:after="0" w:line="360" w:lineRule="auto"/>
        <w:jc w:val="both"/>
        <w:rPr>
          <w:rFonts w:cs="Times New Roman"/>
          <w:b/>
          <w:bCs/>
        </w:rPr>
      </w:pPr>
    </w:p>
    <w:p w14:paraId="39D4DEBB" w14:textId="65642992" w:rsidR="0088478D" w:rsidRPr="00FC5A4A" w:rsidRDefault="00613987" w:rsidP="0088478D">
      <w:pPr>
        <w:spacing w:after="0" w:line="360" w:lineRule="auto"/>
        <w:jc w:val="both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>İ</w:t>
      </w:r>
      <w:r w:rsidR="0088478D" w:rsidRPr="00FC5A4A">
        <w:rPr>
          <w:rFonts w:cs="Times New Roman"/>
          <w:b/>
          <w:bCs/>
        </w:rPr>
        <w:t>tiraz</w:t>
      </w:r>
    </w:p>
    <w:p w14:paraId="4511682B" w14:textId="51040755" w:rsidR="0088478D" w:rsidRPr="00FC5A4A" w:rsidRDefault="0088478D" w:rsidP="0088478D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 xml:space="preserve">MADDE </w:t>
      </w:r>
      <w:r w:rsidR="003F724B" w:rsidRPr="00FC5A4A">
        <w:rPr>
          <w:rFonts w:cs="Times New Roman"/>
          <w:b/>
          <w:bCs/>
        </w:rPr>
        <w:t>8</w:t>
      </w:r>
      <w:r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(1) Öğrenci</w:t>
      </w:r>
      <w:r w:rsidR="00FC6FD9" w:rsidRPr="00FC5A4A">
        <w:rPr>
          <w:rFonts w:cs="Times New Roman"/>
        </w:rPr>
        <w:t xml:space="preserve">, muafiyet işleminin OİS’te ilan edildiği </w:t>
      </w:r>
      <w:r w:rsidRPr="00FC5A4A">
        <w:rPr>
          <w:rFonts w:cs="Times New Roman"/>
        </w:rPr>
        <w:t>tarih</w:t>
      </w:r>
      <w:r w:rsidR="008318C8" w:rsidRPr="00FC5A4A">
        <w:rPr>
          <w:rFonts w:cs="Times New Roman"/>
        </w:rPr>
        <w:t>te</w:t>
      </w:r>
      <w:r w:rsidRPr="00FC5A4A">
        <w:rPr>
          <w:rFonts w:cs="Times New Roman"/>
        </w:rPr>
        <w:t xml:space="preserve">n itibaren üç (3) iş günü içinde Enstitü </w:t>
      </w:r>
      <w:r w:rsidR="00A90E19" w:rsidRPr="00FC5A4A">
        <w:rPr>
          <w:rFonts w:cs="Times New Roman"/>
        </w:rPr>
        <w:t>S</w:t>
      </w:r>
      <w:r w:rsidRPr="00FC5A4A">
        <w:rPr>
          <w:rFonts w:cs="Times New Roman"/>
        </w:rPr>
        <w:t xml:space="preserve">ekreterliğine yazılı itirazda bulunabilir. </w:t>
      </w:r>
    </w:p>
    <w:p w14:paraId="47D62478" w14:textId="7ACC474C" w:rsidR="0088478D" w:rsidRPr="00FC5A4A" w:rsidRDefault="0088478D" w:rsidP="0088478D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(2) Enstitü Yönetim Kurulu</w:t>
      </w:r>
      <w:r w:rsidR="002072A6" w:rsidRPr="00FC5A4A">
        <w:rPr>
          <w:rFonts w:cs="Times New Roman"/>
        </w:rPr>
        <w:t>,</w:t>
      </w:r>
      <w:r w:rsidRPr="00FC5A4A">
        <w:rPr>
          <w:rFonts w:cs="Times New Roman"/>
        </w:rPr>
        <w:t xml:space="preserve"> itirazı 3 iş günü içinde </w:t>
      </w:r>
      <w:r w:rsidR="001318DF" w:rsidRPr="00FC5A4A">
        <w:rPr>
          <w:rFonts w:cs="Times New Roman"/>
        </w:rPr>
        <w:t>kabul veya reddeder</w:t>
      </w:r>
      <w:r w:rsidR="001C4442" w:rsidRPr="00FC5A4A">
        <w:rPr>
          <w:rFonts w:cs="Times New Roman"/>
        </w:rPr>
        <w:t>.</w:t>
      </w:r>
      <w:r w:rsidRPr="00FC5A4A">
        <w:rPr>
          <w:rFonts w:cs="Times New Roman"/>
        </w:rPr>
        <w:t xml:space="preserve"> </w:t>
      </w:r>
      <w:r w:rsidR="001318DF" w:rsidRPr="00FC5A4A">
        <w:rPr>
          <w:rFonts w:cs="Times New Roman"/>
        </w:rPr>
        <w:t>Kabul edilmesi halinde alına</w:t>
      </w:r>
      <w:r w:rsidR="004F278F" w:rsidRPr="00FC5A4A">
        <w:rPr>
          <w:rFonts w:cs="Times New Roman"/>
        </w:rPr>
        <w:t>cak yeni</w:t>
      </w:r>
      <w:r w:rsidR="001318DF" w:rsidRPr="00FC5A4A">
        <w:rPr>
          <w:rFonts w:cs="Times New Roman"/>
        </w:rPr>
        <w:t xml:space="preserve"> k</w:t>
      </w:r>
      <w:r w:rsidR="001C4442" w:rsidRPr="00FC5A4A">
        <w:rPr>
          <w:rFonts w:cs="Times New Roman"/>
        </w:rPr>
        <w:t>arar</w:t>
      </w:r>
      <w:r w:rsidR="001318DF" w:rsidRPr="00FC5A4A">
        <w:rPr>
          <w:rFonts w:cs="Times New Roman"/>
        </w:rPr>
        <w:t xml:space="preserve"> kesin olup</w:t>
      </w:r>
      <w:r w:rsidR="001C4442" w:rsidRPr="00FC5A4A">
        <w:rPr>
          <w:rFonts w:cs="Times New Roman"/>
        </w:rPr>
        <w:t xml:space="preserve"> Enstitü tarafından </w:t>
      </w:r>
      <w:r w:rsidRPr="00FC5A4A">
        <w:rPr>
          <w:rFonts w:cs="Times New Roman"/>
        </w:rPr>
        <w:t xml:space="preserve">Öğrenci İşleri </w:t>
      </w:r>
      <w:r w:rsidR="00A41D7F" w:rsidRPr="00FC5A4A">
        <w:rPr>
          <w:rFonts w:cs="Times New Roman"/>
        </w:rPr>
        <w:t xml:space="preserve">Daire Başkanlığına </w:t>
      </w:r>
      <w:r w:rsidRPr="00FC5A4A">
        <w:rPr>
          <w:rFonts w:cs="Times New Roman"/>
        </w:rPr>
        <w:t>bildir</w:t>
      </w:r>
      <w:r w:rsidR="001C4442" w:rsidRPr="00FC5A4A">
        <w:rPr>
          <w:rFonts w:cs="Times New Roman"/>
        </w:rPr>
        <w:t xml:space="preserve">ilir ve </w:t>
      </w:r>
      <w:r w:rsidR="001318DF" w:rsidRPr="00FC5A4A">
        <w:rPr>
          <w:rFonts w:cs="Times New Roman"/>
        </w:rPr>
        <w:t>öğrenciye duyurulur</w:t>
      </w:r>
      <w:r w:rsidRPr="00FC5A4A">
        <w:rPr>
          <w:rFonts w:cs="Times New Roman"/>
        </w:rPr>
        <w:t>.</w:t>
      </w:r>
      <w:r w:rsidR="001318DF" w:rsidRPr="00FC5A4A">
        <w:rPr>
          <w:rFonts w:cs="Times New Roman"/>
        </w:rPr>
        <w:t xml:space="preserve"> </w:t>
      </w:r>
    </w:p>
    <w:p w14:paraId="79348653" w14:textId="77777777" w:rsidR="001318DF" w:rsidRPr="00FC5A4A" w:rsidRDefault="001318DF" w:rsidP="008318C8">
      <w:pPr>
        <w:spacing w:after="0" w:line="360" w:lineRule="auto"/>
        <w:rPr>
          <w:rFonts w:cs="Times New Roman"/>
          <w:b/>
          <w:bCs/>
        </w:rPr>
      </w:pPr>
    </w:p>
    <w:p w14:paraId="7F016492" w14:textId="04907664" w:rsidR="0088478D" w:rsidRPr="00FC5A4A" w:rsidRDefault="0088478D" w:rsidP="00293B7A">
      <w:pPr>
        <w:spacing w:after="0" w:line="360" w:lineRule="auto"/>
        <w:jc w:val="both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>Azamî süre</w:t>
      </w:r>
    </w:p>
    <w:p w14:paraId="4BC15F23" w14:textId="6FD07543" w:rsidR="002072A6" w:rsidRPr="00FC5A4A" w:rsidRDefault="00613987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 xml:space="preserve">MADDE </w:t>
      </w:r>
      <w:r w:rsidR="003F724B" w:rsidRPr="00FC5A4A">
        <w:rPr>
          <w:rFonts w:cs="Times New Roman"/>
          <w:b/>
          <w:bCs/>
        </w:rPr>
        <w:t>9</w:t>
      </w:r>
      <w:r w:rsidR="002072A6"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(1) </w:t>
      </w:r>
      <w:r w:rsidR="0077147A" w:rsidRPr="00FC5A4A">
        <w:rPr>
          <w:rFonts w:cs="Times New Roman"/>
        </w:rPr>
        <w:t>Ders muafiyeti verilen</w:t>
      </w:r>
      <w:r w:rsidR="001318DF" w:rsidRPr="00FC5A4A">
        <w:rPr>
          <w:rFonts w:cs="Times New Roman"/>
        </w:rPr>
        <w:t xml:space="preserve"> öğrencinin t</w:t>
      </w:r>
      <w:r w:rsidRPr="00FC5A4A">
        <w:rPr>
          <w:rFonts w:cs="Times New Roman"/>
        </w:rPr>
        <w:t xml:space="preserve">ezsiz yüksek lisans programında 4-6 dersten muaf </w:t>
      </w:r>
      <w:r w:rsidR="001318DF" w:rsidRPr="00FC5A4A">
        <w:rPr>
          <w:rFonts w:cs="Times New Roman"/>
        </w:rPr>
        <w:t>olması halinde</w:t>
      </w:r>
      <w:r w:rsidRPr="00FC5A4A">
        <w:rPr>
          <w:rFonts w:cs="Times New Roman"/>
        </w:rPr>
        <w:t xml:space="preserve"> </w:t>
      </w:r>
      <w:bookmarkStart w:id="0" w:name="_Hlk195801513"/>
      <w:r w:rsidR="00B97A75" w:rsidRPr="00FC5A4A">
        <w:rPr>
          <w:rFonts w:cs="Times New Roman"/>
        </w:rPr>
        <w:t xml:space="preserve">öğrenim süresinden </w:t>
      </w:r>
      <w:bookmarkEnd w:id="0"/>
      <w:r w:rsidRPr="00FC5A4A">
        <w:rPr>
          <w:rFonts w:cs="Times New Roman"/>
        </w:rPr>
        <w:t xml:space="preserve">1 yarıyıl, 7-8 dersten muaf </w:t>
      </w:r>
      <w:r w:rsidR="001318DF" w:rsidRPr="00FC5A4A">
        <w:rPr>
          <w:rFonts w:cs="Times New Roman"/>
        </w:rPr>
        <w:t>olması halinde</w:t>
      </w:r>
      <w:r w:rsidR="00B97A75" w:rsidRPr="00FC5A4A">
        <w:rPr>
          <w:rFonts w:cs="Times New Roman"/>
        </w:rPr>
        <w:t xml:space="preserve"> öğrenim süresinden </w:t>
      </w:r>
      <w:r w:rsidRPr="00FC5A4A">
        <w:rPr>
          <w:rFonts w:cs="Times New Roman"/>
        </w:rPr>
        <w:t xml:space="preserve">2 yarıyıl </w:t>
      </w:r>
      <w:r w:rsidR="0088478D" w:rsidRPr="00FC5A4A">
        <w:rPr>
          <w:rFonts w:cs="Times New Roman"/>
        </w:rPr>
        <w:t>düşülür</w:t>
      </w:r>
      <w:r w:rsidRPr="00FC5A4A">
        <w:rPr>
          <w:rFonts w:cs="Times New Roman"/>
        </w:rPr>
        <w:t>.</w:t>
      </w:r>
      <w:r w:rsidR="00F15599" w:rsidRPr="00FC5A4A">
        <w:rPr>
          <w:rFonts w:cs="Times New Roman"/>
        </w:rPr>
        <w:t xml:space="preserve"> Tezli yüksek lisans ve doktora programlarında </w:t>
      </w:r>
      <w:r w:rsidR="008318C8" w:rsidRPr="00FC5A4A">
        <w:rPr>
          <w:rFonts w:cs="Times New Roman"/>
        </w:rPr>
        <w:t xml:space="preserve">ise </w:t>
      </w:r>
      <w:r w:rsidRPr="00FC5A4A">
        <w:rPr>
          <w:rFonts w:cs="Times New Roman"/>
        </w:rPr>
        <w:t>3-</w:t>
      </w:r>
      <w:r w:rsidR="0088478D" w:rsidRPr="00FC5A4A">
        <w:rPr>
          <w:rFonts w:cs="Times New Roman"/>
        </w:rPr>
        <w:t>6</w:t>
      </w:r>
      <w:r w:rsidRPr="00FC5A4A">
        <w:rPr>
          <w:rFonts w:cs="Times New Roman"/>
        </w:rPr>
        <w:t xml:space="preserve"> dersten muaf tutulan öğrenci</w:t>
      </w:r>
      <w:r w:rsidR="004F278F" w:rsidRPr="00FC5A4A">
        <w:rPr>
          <w:rFonts w:cs="Times New Roman"/>
        </w:rPr>
        <w:t>ni</w:t>
      </w:r>
      <w:r w:rsidR="0088478D" w:rsidRPr="00FC5A4A">
        <w:rPr>
          <w:rFonts w:cs="Times New Roman"/>
        </w:rPr>
        <w:t>n</w:t>
      </w:r>
      <w:r w:rsidRPr="00FC5A4A">
        <w:rPr>
          <w:rFonts w:cs="Times New Roman"/>
        </w:rPr>
        <w:t xml:space="preserve"> </w:t>
      </w:r>
      <w:r w:rsidR="00B97A75" w:rsidRPr="00FC5A4A">
        <w:rPr>
          <w:rFonts w:cs="Times New Roman"/>
        </w:rPr>
        <w:t>öğrenim</w:t>
      </w:r>
      <w:r w:rsidRPr="00FC5A4A">
        <w:rPr>
          <w:rFonts w:cs="Times New Roman"/>
        </w:rPr>
        <w:t xml:space="preserve"> süre</w:t>
      </w:r>
      <w:r w:rsidR="004F278F" w:rsidRPr="00FC5A4A">
        <w:rPr>
          <w:rFonts w:cs="Times New Roman"/>
        </w:rPr>
        <w:t>si</w:t>
      </w:r>
      <w:r w:rsidRPr="00FC5A4A">
        <w:rPr>
          <w:rFonts w:cs="Times New Roman"/>
        </w:rPr>
        <w:t xml:space="preserve">nden 1 yarıyıl </w:t>
      </w:r>
      <w:r w:rsidR="0088478D" w:rsidRPr="00FC5A4A">
        <w:rPr>
          <w:rFonts w:cs="Times New Roman"/>
        </w:rPr>
        <w:t>düşülür</w:t>
      </w:r>
      <w:r w:rsidRPr="00FC5A4A">
        <w:rPr>
          <w:rFonts w:cs="Times New Roman"/>
        </w:rPr>
        <w:t>.</w:t>
      </w:r>
      <w:r w:rsidR="00F15599" w:rsidRPr="00FC5A4A">
        <w:rPr>
          <w:rFonts w:cs="Times New Roman"/>
        </w:rPr>
        <w:t xml:space="preserve"> </w:t>
      </w:r>
    </w:p>
    <w:p w14:paraId="4A177BD7" w14:textId="7C030BF2" w:rsidR="00F15599" w:rsidRPr="00FC5A4A" w:rsidRDefault="00F15599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</w:t>
      </w:r>
      <w:r w:rsidR="008318C8" w:rsidRPr="00FC5A4A">
        <w:rPr>
          <w:rFonts w:cs="Times New Roman"/>
        </w:rPr>
        <w:t>2</w:t>
      </w:r>
      <w:r w:rsidRPr="00FC5A4A">
        <w:rPr>
          <w:rFonts w:cs="Times New Roman"/>
        </w:rPr>
        <w:t xml:space="preserve">) </w:t>
      </w:r>
      <w:r w:rsidR="00BE64F5" w:rsidRPr="00FC5A4A">
        <w:rPr>
          <w:rFonts w:cs="Times New Roman"/>
        </w:rPr>
        <w:t>Birinci fıkranın kapsamı dışında kalan durumlarda azamî süreden kesinti yapılmaz.</w:t>
      </w:r>
    </w:p>
    <w:p w14:paraId="417A4E65" w14:textId="77777777" w:rsidR="002072A6" w:rsidRPr="00FC5A4A" w:rsidRDefault="002072A6" w:rsidP="00293B7A">
      <w:pPr>
        <w:spacing w:after="0" w:line="360" w:lineRule="auto"/>
        <w:jc w:val="both"/>
        <w:rPr>
          <w:rFonts w:cs="Times New Roman"/>
        </w:rPr>
      </w:pPr>
    </w:p>
    <w:p w14:paraId="7F76DDEC" w14:textId="107088B7" w:rsidR="002072A6" w:rsidRPr="00FC5A4A" w:rsidRDefault="002072A6" w:rsidP="00293B7A">
      <w:pPr>
        <w:spacing w:after="0" w:line="360" w:lineRule="auto"/>
        <w:jc w:val="both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>Ücretlendirme</w:t>
      </w:r>
    </w:p>
    <w:p w14:paraId="47DE129A" w14:textId="41388F31" w:rsidR="002072A6" w:rsidRPr="00FC5A4A" w:rsidRDefault="00613987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 xml:space="preserve">MADDE </w:t>
      </w:r>
      <w:r w:rsidR="003F724B" w:rsidRPr="00FC5A4A">
        <w:rPr>
          <w:rFonts w:cs="Times New Roman"/>
          <w:b/>
          <w:bCs/>
        </w:rPr>
        <w:t>10</w:t>
      </w:r>
      <w:r w:rsidR="002072A6"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</w:t>
      </w:r>
      <w:r w:rsidR="008E330A" w:rsidRPr="00FC5A4A">
        <w:rPr>
          <w:rFonts w:cs="Times New Roman"/>
        </w:rPr>
        <w:t xml:space="preserve">(1) </w:t>
      </w:r>
      <w:r w:rsidR="00A41D7F" w:rsidRPr="00FC5A4A">
        <w:rPr>
          <w:rFonts w:cs="Times New Roman"/>
        </w:rPr>
        <w:t>Ö</w:t>
      </w:r>
      <w:r w:rsidR="008E330A" w:rsidRPr="00FC5A4A">
        <w:rPr>
          <w:rFonts w:cs="Times New Roman"/>
        </w:rPr>
        <w:t>ğrenci</w:t>
      </w:r>
      <w:r w:rsidR="004F278F" w:rsidRPr="00FC5A4A">
        <w:rPr>
          <w:rFonts w:cs="Times New Roman"/>
        </w:rPr>
        <w:t>nin</w:t>
      </w:r>
      <w:r w:rsidR="008E330A" w:rsidRPr="00FC5A4A">
        <w:rPr>
          <w:rFonts w:cs="Times New Roman"/>
        </w:rPr>
        <w:t xml:space="preserve"> </w:t>
      </w:r>
      <w:r w:rsidR="004F278F" w:rsidRPr="00FC5A4A">
        <w:rPr>
          <w:rFonts w:cs="Times New Roman"/>
        </w:rPr>
        <w:t xml:space="preserve">muaf olduğu her bir ders için öğrenim ücretinden, </w:t>
      </w:r>
      <w:r w:rsidR="002072A6" w:rsidRPr="00FC5A4A">
        <w:rPr>
          <w:rFonts w:cs="Times New Roman"/>
        </w:rPr>
        <w:t>t</w:t>
      </w:r>
      <w:r w:rsidRPr="00FC5A4A">
        <w:rPr>
          <w:rFonts w:cs="Times New Roman"/>
        </w:rPr>
        <w:t>ezsiz yüksek lisans program</w:t>
      </w:r>
      <w:r w:rsidR="004F278F" w:rsidRPr="00FC5A4A">
        <w:rPr>
          <w:rFonts w:cs="Times New Roman"/>
        </w:rPr>
        <w:t>ın</w:t>
      </w:r>
      <w:r w:rsidRPr="00FC5A4A">
        <w:rPr>
          <w:rFonts w:cs="Times New Roman"/>
        </w:rPr>
        <w:t>da %7</w:t>
      </w:r>
      <w:r w:rsidR="002072A6" w:rsidRPr="00FC5A4A">
        <w:rPr>
          <w:rFonts w:cs="Times New Roman"/>
        </w:rPr>
        <w:t>, t</w:t>
      </w:r>
      <w:r w:rsidRPr="00FC5A4A">
        <w:rPr>
          <w:rFonts w:cs="Times New Roman"/>
        </w:rPr>
        <w:t>ezli yüksek lisans programında %5</w:t>
      </w:r>
      <w:r w:rsidR="002072A6" w:rsidRPr="00FC5A4A">
        <w:rPr>
          <w:rFonts w:cs="Times New Roman"/>
        </w:rPr>
        <w:t>, d</w:t>
      </w:r>
      <w:r w:rsidRPr="00FC5A4A">
        <w:rPr>
          <w:rFonts w:cs="Times New Roman"/>
        </w:rPr>
        <w:t xml:space="preserve">oktora programında %3 indirim yapılır. </w:t>
      </w:r>
    </w:p>
    <w:p w14:paraId="4D830129" w14:textId="162A36DE" w:rsidR="00FB7FEB" w:rsidRPr="00FC5A4A" w:rsidRDefault="00613987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</w:t>
      </w:r>
      <w:r w:rsidR="002072A6" w:rsidRPr="00FC5A4A">
        <w:rPr>
          <w:rFonts w:cs="Times New Roman"/>
        </w:rPr>
        <w:t>2</w:t>
      </w:r>
      <w:r w:rsidRPr="00FC5A4A">
        <w:rPr>
          <w:rFonts w:cs="Times New Roman"/>
        </w:rPr>
        <w:t>) Lisansüstü eğitim ücretleri</w:t>
      </w:r>
      <w:r w:rsidR="00A41D7F" w:rsidRPr="00FC5A4A">
        <w:rPr>
          <w:rFonts w:cs="Times New Roman"/>
        </w:rPr>
        <w:t>,</w:t>
      </w:r>
      <w:r w:rsidRPr="00FC5A4A">
        <w:rPr>
          <w:rFonts w:cs="Times New Roman"/>
        </w:rPr>
        <w:t xml:space="preserve"> tezsiz yüksek lisans programlarında 3 yarıyılı, tezli yüksek lisans programlarında 4 yarıyılı, yüksek lisans derecesiyle </w:t>
      </w:r>
      <w:r w:rsidR="006E2259" w:rsidRPr="00FC5A4A">
        <w:rPr>
          <w:rFonts w:cs="Times New Roman"/>
        </w:rPr>
        <w:t>kaydolunan</w:t>
      </w:r>
      <w:r w:rsidRPr="00FC5A4A">
        <w:rPr>
          <w:rFonts w:cs="Times New Roman"/>
        </w:rPr>
        <w:t xml:space="preserve"> doktora programlarında 8 yarıyılı, lisans derecesiyle kay</w:t>
      </w:r>
      <w:r w:rsidR="006E2259" w:rsidRPr="00FC5A4A">
        <w:rPr>
          <w:rFonts w:cs="Times New Roman"/>
        </w:rPr>
        <w:t>d</w:t>
      </w:r>
      <w:r w:rsidRPr="00FC5A4A">
        <w:rPr>
          <w:rFonts w:cs="Times New Roman"/>
        </w:rPr>
        <w:t>olunan doktora programlarında ise 10 yarıyılı kapsar.</w:t>
      </w:r>
    </w:p>
    <w:p w14:paraId="35D06207" w14:textId="2BF8545F" w:rsidR="00FB7FEB" w:rsidRPr="00FC5A4A" w:rsidRDefault="002072A6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 xml:space="preserve">(3) </w:t>
      </w:r>
      <w:r w:rsidR="00613987" w:rsidRPr="00FC5A4A">
        <w:rPr>
          <w:rFonts w:cs="Times New Roman"/>
        </w:rPr>
        <w:t>Bilimsel hazırlık, kayıt yenilememe, devamsızlık vb. durumlar bu süreye d</w:t>
      </w:r>
      <w:r w:rsidR="00A41D7F" w:rsidRPr="00FC5A4A">
        <w:rPr>
          <w:rFonts w:cs="Times New Roman"/>
        </w:rPr>
        <w:t>â</w:t>
      </w:r>
      <w:r w:rsidR="00613987" w:rsidRPr="00FC5A4A">
        <w:rPr>
          <w:rFonts w:cs="Times New Roman"/>
        </w:rPr>
        <w:t>hildir.</w:t>
      </w:r>
    </w:p>
    <w:p w14:paraId="651BFD41" w14:textId="3F25365B" w:rsidR="0052780F" w:rsidRPr="00FC5A4A" w:rsidRDefault="002072A6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 xml:space="preserve">(4) </w:t>
      </w:r>
      <w:r w:rsidR="00613987" w:rsidRPr="00FC5A4A">
        <w:rPr>
          <w:rFonts w:cs="Times New Roman"/>
        </w:rPr>
        <w:t>Bu süre iç</w:t>
      </w:r>
      <w:r w:rsidR="004963E7" w:rsidRPr="00FC5A4A">
        <w:rPr>
          <w:rFonts w:cs="Times New Roman"/>
        </w:rPr>
        <w:t>in</w:t>
      </w:r>
      <w:r w:rsidR="00613987" w:rsidRPr="00FC5A4A">
        <w:rPr>
          <w:rFonts w:cs="Times New Roman"/>
        </w:rPr>
        <w:t xml:space="preserve">de ilgili programı tamamlayamayan öğrenci, takip eden her dönem için programın o döneme ait </w:t>
      </w:r>
      <w:r w:rsidRPr="00FC5A4A">
        <w:rPr>
          <w:rFonts w:cs="Times New Roman"/>
        </w:rPr>
        <w:t xml:space="preserve">güncel </w:t>
      </w:r>
      <w:r w:rsidR="00613987" w:rsidRPr="00FC5A4A">
        <w:rPr>
          <w:rFonts w:cs="Times New Roman"/>
        </w:rPr>
        <w:t>ücretin</w:t>
      </w:r>
      <w:r w:rsidR="000B034E" w:rsidRPr="00FC5A4A">
        <w:rPr>
          <w:rFonts w:cs="Times New Roman"/>
        </w:rPr>
        <w:t>in</w:t>
      </w:r>
      <w:r w:rsidR="00613987" w:rsidRPr="00FC5A4A">
        <w:rPr>
          <w:rFonts w:cs="Times New Roman"/>
        </w:rPr>
        <w:t xml:space="preserve"> tezli yüksek lisans programlarında %25’ini, doktora programlarında %15’ini öder. </w:t>
      </w:r>
    </w:p>
    <w:p w14:paraId="36851E4D" w14:textId="06614DD6" w:rsidR="00FB7FEB" w:rsidRPr="00FC5A4A" w:rsidRDefault="00613987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(</w:t>
      </w:r>
      <w:r w:rsidR="0052780F" w:rsidRPr="00FC5A4A">
        <w:rPr>
          <w:rFonts w:cs="Times New Roman"/>
        </w:rPr>
        <w:t>5</w:t>
      </w:r>
      <w:r w:rsidRPr="00FC5A4A">
        <w:rPr>
          <w:rFonts w:cs="Times New Roman"/>
        </w:rPr>
        <w:t>) Yüksek lisans program</w:t>
      </w:r>
      <w:r w:rsidR="001A4144" w:rsidRPr="00FC5A4A">
        <w:rPr>
          <w:rFonts w:cs="Times New Roman"/>
        </w:rPr>
        <w:t>ın</w:t>
      </w:r>
      <w:r w:rsidRPr="00FC5A4A">
        <w:rPr>
          <w:rFonts w:cs="Times New Roman"/>
        </w:rPr>
        <w:t>a kaydolan öğrenci</w:t>
      </w:r>
      <w:r w:rsidR="00CF0B8C" w:rsidRPr="00FC5A4A">
        <w:rPr>
          <w:rFonts w:cs="Times New Roman"/>
        </w:rPr>
        <w:t>nin</w:t>
      </w:r>
      <w:r w:rsidRPr="00FC5A4A">
        <w:rPr>
          <w:rFonts w:cs="Times New Roman"/>
        </w:rPr>
        <w:t>, ikinci yarıyıl</w:t>
      </w:r>
      <w:r w:rsidR="001E7C62" w:rsidRPr="00FC5A4A">
        <w:rPr>
          <w:rFonts w:cs="Times New Roman"/>
        </w:rPr>
        <w:t>ı</w:t>
      </w:r>
      <w:r w:rsidRPr="00FC5A4A">
        <w:rPr>
          <w:rFonts w:cs="Times New Roman"/>
        </w:rPr>
        <w:t xml:space="preserve"> başlamadan önce </w:t>
      </w:r>
      <w:r w:rsidR="001A4144" w:rsidRPr="00FC5A4A">
        <w:rPr>
          <w:rFonts w:cs="Times New Roman"/>
        </w:rPr>
        <w:t xml:space="preserve">programdan </w:t>
      </w:r>
      <w:r w:rsidRPr="00FC5A4A">
        <w:rPr>
          <w:rFonts w:cs="Times New Roman"/>
        </w:rPr>
        <w:t>ayrılm</w:t>
      </w:r>
      <w:r w:rsidR="001A4144" w:rsidRPr="00FC5A4A">
        <w:rPr>
          <w:rFonts w:cs="Times New Roman"/>
        </w:rPr>
        <w:t xml:space="preserve">a talebinde bulunması halinde </w:t>
      </w:r>
      <w:r w:rsidRPr="00FC5A4A">
        <w:rPr>
          <w:rFonts w:cs="Times New Roman"/>
        </w:rPr>
        <w:t>öğrenim ücretinin %60’ı, üçüncü yarıyıl</w:t>
      </w:r>
      <w:r w:rsidR="001E7C62" w:rsidRPr="00FC5A4A">
        <w:rPr>
          <w:rFonts w:cs="Times New Roman"/>
        </w:rPr>
        <w:t>ı</w:t>
      </w:r>
      <w:r w:rsidRPr="00FC5A4A">
        <w:rPr>
          <w:rFonts w:cs="Times New Roman"/>
        </w:rPr>
        <w:t xml:space="preserve"> başlamadan önce ayrılma</w:t>
      </w:r>
      <w:r w:rsidR="001A4144" w:rsidRPr="00FC5A4A">
        <w:rPr>
          <w:rFonts w:cs="Times New Roman"/>
        </w:rPr>
        <w:t xml:space="preserve"> talebinde bulunması halinde </w:t>
      </w:r>
      <w:r w:rsidRPr="00FC5A4A">
        <w:rPr>
          <w:rFonts w:cs="Times New Roman"/>
        </w:rPr>
        <w:t>öğrenim ücretinin %30’u iade edilir.</w:t>
      </w:r>
    </w:p>
    <w:p w14:paraId="5A1C62E6" w14:textId="51435622" w:rsidR="001A4144" w:rsidRPr="00FC5A4A" w:rsidRDefault="001A4144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>Sonraki</w:t>
      </w:r>
      <w:r w:rsidR="00613987" w:rsidRPr="00FC5A4A">
        <w:rPr>
          <w:rFonts w:cs="Times New Roman"/>
        </w:rPr>
        <w:t xml:space="preserve"> yarıyıllarda hangi nedenle olursa olsun üniversiteden ayrılan öğrenci</w:t>
      </w:r>
      <w:r w:rsidR="0044765A" w:rsidRPr="00FC5A4A">
        <w:rPr>
          <w:rFonts w:cs="Times New Roman"/>
        </w:rPr>
        <w:t>y</w:t>
      </w:r>
      <w:r w:rsidR="00613987" w:rsidRPr="00FC5A4A">
        <w:rPr>
          <w:rFonts w:cs="Times New Roman"/>
        </w:rPr>
        <w:t>e ücret iadesi yapılmaz.</w:t>
      </w:r>
    </w:p>
    <w:p w14:paraId="09F4E632" w14:textId="58145D11" w:rsidR="00FB7FEB" w:rsidRPr="00FC5A4A" w:rsidRDefault="001A4144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</w:rPr>
        <w:t xml:space="preserve">(6) </w:t>
      </w:r>
      <w:r w:rsidR="00613987" w:rsidRPr="00FC5A4A">
        <w:rPr>
          <w:rFonts w:cs="Times New Roman"/>
        </w:rPr>
        <w:t>Doktora programına kaydolan öğrenci</w:t>
      </w:r>
      <w:r w:rsidR="00C61344" w:rsidRPr="00FC5A4A">
        <w:rPr>
          <w:rFonts w:cs="Times New Roman"/>
        </w:rPr>
        <w:t>nin</w:t>
      </w:r>
      <w:r w:rsidR="00613987" w:rsidRPr="00FC5A4A">
        <w:rPr>
          <w:rFonts w:cs="Times New Roman"/>
        </w:rPr>
        <w:t xml:space="preserve">, </w:t>
      </w:r>
      <w:r w:rsidRPr="00FC5A4A">
        <w:rPr>
          <w:rFonts w:cs="Times New Roman"/>
        </w:rPr>
        <w:t>ikinci yarıyıl</w:t>
      </w:r>
      <w:r w:rsidR="001E7C62" w:rsidRPr="00FC5A4A">
        <w:rPr>
          <w:rFonts w:cs="Times New Roman"/>
        </w:rPr>
        <w:t>ı</w:t>
      </w:r>
      <w:r w:rsidRPr="00FC5A4A">
        <w:rPr>
          <w:rFonts w:cs="Times New Roman"/>
        </w:rPr>
        <w:t xml:space="preserve"> başlamadan önce programdan ayrılma talebinde bulunması halinde öğrenim ücretinin %70’i, üçüncü yarıyıl</w:t>
      </w:r>
      <w:r w:rsidR="001E7C62" w:rsidRPr="00FC5A4A">
        <w:rPr>
          <w:rFonts w:cs="Times New Roman"/>
        </w:rPr>
        <w:t>ı</w:t>
      </w:r>
      <w:r w:rsidRPr="00FC5A4A">
        <w:rPr>
          <w:rFonts w:cs="Times New Roman"/>
        </w:rPr>
        <w:t xml:space="preserve"> başlamadan önce ayrılma talebinde bulunması halinde öğrenim ücretinin %45’i</w:t>
      </w:r>
      <w:r w:rsidR="0044765A" w:rsidRPr="00FC5A4A">
        <w:rPr>
          <w:rFonts w:cs="Times New Roman"/>
        </w:rPr>
        <w:t>,</w:t>
      </w:r>
      <w:r w:rsidRPr="00FC5A4A">
        <w:rPr>
          <w:rFonts w:cs="Times New Roman"/>
        </w:rPr>
        <w:t xml:space="preserve"> dördüncü</w:t>
      </w:r>
      <w:r w:rsidR="00613987" w:rsidRPr="00FC5A4A">
        <w:rPr>
          <w:rFonts w:cs="Times New Roman"/>
        </w:rPr>
        <w:t xml:space="preserve"> yarıyıl</w:t>
      </w:r>
      <w:r w:rsidR="001E7C62" w:rsidRPr="00FC5A4A">
        <w:rPr>
          <w:rFonts w:cs="Times New Roman"/>
        </w:rPr>
        <w:t>ı</w:t>
      </w:r>
      <w:r w:rsidR="00613987" w:rsidRPr="00FC5A4A">
        <w:rPr>
          <w:rFonts w:cs="Times New Roman"/>
        </w:rPr>
        <w:t xml:space="preserve"> başlamadan önce </w:t>
      </w:r>
      <w:r w:rsidRPr="00FC5A4A">
        <w:rPr>
          <w:rFonts w:cs="Times New Roman"/>
        </w:rPr>
        <w:t xml:space="preserve">ayrılma talebinde bulunması halinde </w:t>
      </w:r>
      <w:r w:rsidR="00613987" w:rsidRPr="00FC5A4A">
        <w:rPr>
          <w:rFonts w:cs="Times New Roman"/>
        </w:rPr>
        <w:t xml:space="preserve">öğrenim ücretinin %20’si iade </w:t>
      </w:r>
      <w:r w:rsidR="00613987" w:rsidRPr="00FC5A4A">
        <w:rPr>
          <w:rFonts w:cs="Times New Roman"/>
        </w:rPr>
        <w:lastRenderedPageBreak/>
        <w:t>edilir.</w:t>
      </w:r>
      <w:r w:rsidRPr="00FC5A4A">
        <w:rPr>
          <w:rFonts w:cs="Times New Roman"/>
        </w:rPr>
        <w:t xml:space="preserve"> Sonraki</w:t>
      </w:r>
      <w:r w:rsidR="00FC5927" w:rsidRPr="00FC5A4A">
        <w:rPr>
          <w:rFonts w:cs="Times New Roman"/>
        </w:rPr>
        <w:t xml:space="preserve"> yarıyıllarda hangi nedenle olursa olsun üniversiteden ayrılan öğrenci</w:t>
      </w:r>
      <w:r w:rsidR="0044765A" w:rsidRPr="00FC5A4A">
        <w:rPr>
          <w:rFonts w:cs="Times New Roman"/>
        </w:rPr>
        <w:t>y</w:t>
      </w:r>
      <w:r w:rsidR="00FC5927" w:rsidRPr="00FC5A4A">
        <w:rPr>
          <w:rFonts w:cs="Times New Roman"/>
        </w:rPr>
        <w:t>e ücret iadesi yapılmaz.</w:t>
      </w:r>
    </w:p>
    <w:p w14:paraId="0E81C80E" w14:textId="77777777" w:rsidR="00056E5D" w:rsidRPr="00FC5A4A" w:rsidRDefault="00056E5D" w:rsidP="0044765A">
      <w:pPr>
        <w:spacing w:after="0" w:line="360" w:lineRule="auto"/>
        <w:rPr>
          <w:rFonts w:cs="Times New Roman"/>
          <w:b/>
          <w:bCs/>
        </w:rPr>
      </w:pPr>
    </w:p>
    <w:p w14:paraId="0E8967CA" w14:textId="77777777" w:rsidR="00056E5D" w:rsidRPr="00FC5A4A" w:rsidRDefault="00056E5D" w:rsidP="00293B7A">
      <w:pPr>
        <w:spacing w:after="0" w:line="360" w:lineRule="auto"/>
        <w:jc w:val="center"/>
        <w:rPr>
          <w:rFonts w:cs="Times New Roman"/>
          <w:b/>
          <w:bCs/>
        </w:rPr>
      </w:pPr>
    </w:p>
    <w:p w14:paraId="132FCA95" w14:textId="601FD770" w:rsidR="00FB7FEB" w:rsidRPr="00FC5A4A" w:rsidRDefault="001A4144" w:rsidP="00293B7A">
      <w:pPr>
        <w:spacing w:after="0" w:line="360" w:lineRule="auto"/>
        <w:jc w:val="center"/>
        <w:rPr>
          <w:rFonts w:cs="Times New Roman"/>
          <w:b/>
          <w:bCs/>
        </w:rPr>
      </w:pPr>
      <w:r w:rsidRPr="00FC5A4A">
        <w:rPr>
          <w:rFonts w:cs="Times New Roman"/>
          <w:b/>
          <w:bCs/>
        </w:rPr>
        <w:t>ÜÇÜNCÜ</w:t>
      </w:r>
      <w:r w:rsidR="00613987" w:rsidRPr="00FC5A4A">
        <w:rPr>
          <w:rFonts w:cs="Times New Roman"/>
          <w:b/>
          <w:bCs/>
        </w:rPr>
        <w:t xml:space="preserve"> BÖLÜM</w:t>
      </w:r>
      <w:r w:rsidR="00613987" w:rsidRPr="00FC5A4A">
        <w:rPr>
          <w:rFonts w:cs="Times New Roman"/>
          <w:b/>
          <w:bCs/>
        </w:rPr>
        <w:br/>
      </w:r>
      <w:r w:rsidR="0044765A" w:rsidRPr="00FC5A4A">
        <w:rPr>
          <w:rFonts w:cs="Times New Roman"/>
          <w:b/>
          <w:bCs/>
        </w:rPr>
        <w:t xml:space="preserve">Çeşitli ve </w:t>
      </w:r>
      <w:r w:rsidR="00613987" w:rsidRPr="00FC5A4A">
        <w:rPr>
          <w:rFonts w:cs="Times New Roman"/>
          <w:b/>
          <w:bCs/>
        </w:rPr>
        <w:t>Son Hükümler</w:t>
      </w:r>
    </w:p>
    <w:p w14:paraId="7F41DDD5" w14:textId="77777777" w:rsidR="00293B7A" w:rsidRPr="00FC5A4A" w:rsidRDefault="00293B7A" w:rsidP="00293B7A">
      <w:pPr>
        <w:spacing w:after="0" w:line="360" w:lineRule="auto"/>
        <w:jc w:val="center"/>
        <w:rPr>
          <w:rFonts w:cs="Times New Roman"/>
          <w:b/>
          <w:bCs/>
        </w:rPr>
      </w:pPr>
    </w:p>
    <w:p w14:paraId="5A166B9F" w14:textId="4C2DB1C4" w:rsidR="0044765A" w:rsidRPr="00FC5A4A" w:rsidRDefault="0044765A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>GEÇİCİ MADDE 1-</w:t>
      </w:r>
      <w:r w:rsidRPr="00FC5A4A">
        <w:rPr>
          <w:rFonts w:cs="Times New Roman"/>
        </w:rPr>
        <w:t xml:space="preserve"> (1) 2025-2026 akademik yılı</w:t>
      </w:r>
      <w:r w:rsidR="0077147A" w:rsidRPr="00FC5A4A">
        <w:rPr>
          <w:rFonts w:cs="Times New Roman"/>
        </w:rPr>
        <w:t xml:space="preserve"> bahar döneminden</w:t>
      </w:r>
      <w:r w:rsidRPr="00FC5A4A">
        <w:rPr>
          <w:rFonts w:cs="Times New Roman"/>
        </w:rPr>
        <w:t xml:space="preserve"> önce kayıt yaptırmış olan öğrenciler, bu usul ve esasların azamî süre ve ücretlendirmeye ilişkin hükümlerinden muaftır.</w:t>
      </w:r>
    </w:p>
    <w:p w14:paraId="06A3E2C9" w14:textId="77777777" w:rsidR="0044765A" w:rsidRPr="00FC5A4A" w:rsidRDefault="0044765A" w:rsidP="00293B7A">
      <w:pPr>
        <w:spacing w:after="0" w:line="360" w:lineRule="auto"/>
        <w:jc w:val="both"/>
        <w:rPr>
          <w:rFonts w:cs="Times New Roman"/>
          <w:b/>
          <w:bCs/>
        </w:rPr>
      </w:pPr>
    </w:p>
    <w:p w14:paraId="2B7B755F" w14:textId="16C99BC9" w:rsidR="00FB7FEB" w:rsidRPr="00FC5A4A" w:rsidRDefault="00613987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>Yürürlük</w:t>
      </w:r>
      <w:r w:rsidRPr="00FC5A4A">
        <w:rPr>
          <w:rFonts w:cs="Times New Roman"/>
          <w:b/>
          <w:bCs/>
        </w:rPr>
        <w:br/>
        <w:t xml:space="preserve">MADDE </w:t>
      </w:r>
      <w:r w:rsidR="001A4144" w:rsidRPr="00FC5A4A">
        <w:rPr>
          <w:rFonts w:cs="Times New Roman"/>
          <w:b/>
          <w:bCs/>
        </w:rPr>
        <w:t>1</w:t>
      </w:r>
      <w:r w:rsidR="003F724B" w:rsidRPr="00FC5A4A">
        <w:rPr>
          <w:rFonts w:cs="Times New Roman"/>
          <w:b/>
          <w:bCs/>
        </w:rPr>
        <w:t>1</w:t>
      </w:r>
      <w:r w:rsidR="001A4144"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(1) Bu </w:t>
      </w:r>
      <w:r w:rsidR="00597081" w:rsidRPr="00FC5A4A">
        <w:rPr>
          <w:rFonts w:cs="Times New Roman"/>
        </w:rPr>
        <w:t xml:space="preserve">usul ve </w:t>
      </w:r>
      <w:r w:rsidRPr="00FC5A4A">
        <w:rPr>
          <w:rFonts w:cs="Times New Roman"/>
        </w:rPr>
        <w:t>esaslar, Senatoda onaylandı</w:t>
      </w:r>
      <w:r w:rsidR="0044765A" w:rsidRPr="00FC5A4A">
        <w:rPr>
          <w:rFonts w:cs="Times New Roman"/>
        </w:rPr>
        <w:t xml:space="preserve">ğı tarihte </w:t>
      </w:r>
      <w:r w:rsidRPr="00FC5A4A">
        <w:rPr>
          <w:rFonts w:cs="Times New Roman"/>
        </w:rPr>
        <w:t>yürürlüğe girer.</w:t>
      </w:r>
    </w:p>
    <w:p w14:paraId="7155C41C" w14:textId="77777777" w:rsidR="000C6F1E" w:rsidRPr="00FC5A4A" w:rsidRDefault="000C6F1E" w:rsidP="00293B7A">
      <w:pPr>
        <w:spacing w:after="0" w:line="360" w:lineRule="auto"/>
        <w:jc w:val="both"/>
        <w:rPr>
          <w:rFonts w:cs="Times New Roman"/>
          <w:b/>
          <w:bCs/>
        </w:rPr>
      </w:pPr>
    </w:p>
    <w:p w14:paraId="3A527CAD" w14:textId="040027F1" w:rsidR="00FB7FEB" w:rsidRPr="00293B7A" w:rsidRDefault="00613987" w:rsidP="00293B7A">
      <w:pPr>
        <w:spacing w:after="0" w:line="360" w:lineRule="auto"/>
        <w:jc w:val="both"/>
        <w:rPr>
          <w:rFonts w:cs="Times New Roman"/>
        </w:rPr>
      </w:pPr>
      <w:r w:rsidRPr="00FC5A4A">
        <w:rPr>
          <w:rFonts w:cs="Times New Roman"/>
          <w:b/>
          <w:bCs/>
        </w:rPr>
        <w:t>Yürütme</w:t>
      </w:r>
      <w:r w:rsidRPr="00FC5A4A">
        <w:rPr>
          <w:rFonts w:cs="Times New Roman"/>
        </w:rPr>
        <w:br/>
      </w:r>
      <w:r w:rsidRPr="00FC5A4A">
        <w:rPr>
          <w:rFonts w:cs="Times New Roman"/>
          <w:b/>
          <w:bCs/>
        </w:rPr>
        <w:t>MADDE 1</w:t>
      </w:r>
      <w:r w:rsidR="003F724B" w:rsidRPr="00FC5A4A">
        <w:rPr>
          <w:rFonts w:cs="Times New Roman"/>
          <w:b/>
          <w:bCs/>
        </w:rPr>
        <w:t>2</w:t>
      </w:r>
      <w:r w:rsidRPr="00FC5A4A">
        <w:rPr>
          <w:rFonts w:cs="Times New Roman"/>
          <w:b/>
          <w:bCs/>
        </w:rPr>
        <w:t>-</w:t>
      </w:r>
      <w:r w:rsidRPr="00FC5A4A">
        <w:rPr>
          <w:rFonts w:cs="Times New Roman"/>
        </w:rPr>
        <w:t xml:space="preserve"> (1) Bu usul ve </w:t>
      </w:r>
      <w:r w:rsidR="00597081" w:rsidRPr="00FC5A4A">
        <w:rPr>
          <w:rFonts w:cs="Times New Roman"/>
        </w:rPr>
        <w:t>esasları</w:t>
      </w:r>
      <w:r w:rsidRPr="00FC5A4A">
        <w:rPr>
          <w:rFonts w:cs="Times New Roman"/>
        </w:rPr>
        <w:t xml:space="preserve"> Rektör yürütür.</w:t>
      </w:r>
    </w:p>
    <w:sectPr w:rsidR="00FB7FEB" w:rsidRPr="00293B7A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13832" w14:textId="77777777" w:rsidR="00D02AB7" w:rsidRDefault="00D02AB7" w:rsidP="000438EA">
      <w:pPr>
        <w:spacing w:after="0" w:line="240" w:lineRule="auto"/>
      </w:pPr>
      <w:r>
        <w:separator/>
      </w:r>
    </w:p>
  </w:endnote>
  <w:endnote w:type="continuationSeparator" w:id="0">
    <w:p w14:paraId="61975B0B" w14:textId="77777777" w:rsidR="00D02AB7" w:rsidRDefault="00D02AB7" w:rsidP="0004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5369780"/>
      <w:docPartObj>
        <w:docPartGallery w:val="Page Numbers (Bottom of Page)"/>
        <w:docPartUnique/>
      </w:docPartObj>
    </w:sdtPr>
    <w:sdtEndPr/>
    <w:sdtContent>
      <w:p w14:paraId="07DD137E" w14:textId="77777777" w:rsidR="000728BD" w:rsidRDefault="000728BD">
        <w:pPr>
          <w:pStyle w:val="AltBilgi"/>
          <w:jc w:val="right"/>
        </w:pPr>
      </w:p>
      <w:tbl>
        <w:tblPr>
          <w:tblStyle w:val="TabloKlavuzu"/>
          <w:tblW w:w="9680" w:type="dxa"/>
          <w:tblInd w:w="-5" w:type="dxa"/>
          <w:tblLayout w:type="fixed"/>
          <w:tblLook w:val="04A0" w:firstRow="1" w:lastRow="0" w:firstColumn="1" w:lastColumn="0" w:noHBand="0" w:noVBand="1"/>
        </w:tblPr>
        <w:tblGrid>
          <w:gridCol w:w="2305"/>
          <w:gridCol w:w="2286"/>
          <w:gridCol w:w="1858"/>
          <w:gridCol w:w="1541"/>
          <w:gridCol w:w="1690"/>
        </w:tblGrid>
        <w:tr w:rsidR="000728BD" w:rsidRPr="00491DED" w14:paraId="0C8E70C0" w14:textId="77777777" w:rsidTr="00AB3B14">
          <w:trPr>
            <w:trHeight w:val="384"/>
          </w:trPr>
          <w:tc>
            <w:tcPr>
              <w:tcW w:w="2305" w:type="dxa"/>
            </w:tcPr>
            <w:p w14:paraId="474178A7" w14:textId="15119A4D" w:rsidR="000728BD" w:rsidRPr="00491DED" w:rsidRDefault="000728BD" w:rsidP="000728BD">
              <w:pPr>
                <w:pStyle w:val="AltBilgi"/>
                <w:spacing w:line="240" w:lineRule="atLeast"/>
                <w:rPr>
                  <w:rFonts w:cs="Times New Roman"/>
                  <w:sz w:val="16"/>
                  <w:szCs w:val="16"/>
                </w:rPr>
              </w:pPr>
              <w:r w:rsidRPr="00491DED">
                <w:rPr>
                  <w:rFonts w:cs="Times New Roman"/>
                  <w:sz w:val="16"/>
                  <w:szCs w:val="16"/>
                </w:rPr>
                <w:t xml:space="preserve">DOK.KOD: </w:t>
              </w:r>
              <w:r>
                <w:rPr>
                  <w:rFonts w:cs="Times New Roman"/>
                  <w:sz w:val="16"/>
                  <w:szCs w:val="16"/>
                </w:rPr>
                <w:t>PR</w:t>
              </w:r>
              <w:r w:rsidRPr="00491DED">
                <w:rPr>
                  <w:rFonts w:cs="Times New Roman"/>
                  <w:sz w:val="16"/>
                  <w:szCs w:val="16"/>
                </w:rPr>
                <w:t>.REK.</w:t>
              </w:r>
              <w:r>
                <w:rPr>
                  <w:rFonts w:cs="Times New Roman"/>
                  <w:sz w:val="16"/>
                  <w:szCs w:val="16"/>
                </w:rPr>
                <w:t>07</w:t>
              </w:r>
            </w:p>
          </w:tc>
          <w:tc>
            <w:tcPr>
              <w:tcW w:w="2286" w:type="dxa"/>
            </w:tcPr>
            <w:p w14:paraId="35BE7B21" w14:textId="07B6A676" w:rsidR="000728BD" w:rsidRPr="00491DED" w:rsidRDefault="000728BD" w:rsidP="000728BD">
              <w:pPr>
                <w:pStyle w:val="AltBilgi"/>
                <w:spacing w:line="240" w:lineRule="atLeast"/>
                <w:rPr>
                  <w:rFonts w:cs="Times New Roman"/>
                  <w:sz w:val="16"/>
                  <w:szCs w:val="16"/>
                </w:rPr>
              </w:pPr>
              <w:r w:rsidRPr="00491DED">
                <w:rPr>
                  <w:rFonts w:cs="Times New Roman"/>
                  <w:sz w:val="16"/>
                  <w:szCs w:val="16"/>
                </w:rPr>
                <w:t xml:space="preserve">YAYIN TAR: </w:t>
              </w:r>
              <w:r>
                <w:rPr>
                  <w:rFonts w:cs="Times New Roman"/>
                  <w:sz w:val="16"/>
                  <w:szCs w:val="16"/>
                </w:rPr>
                <w:t>17.04.2025</w:t>
              </w:r>
            </w:p>
          </w:tc>
          <w:tc>
            <w:tcPr>
              <w:tcW w:w="1858" w:type="dxa"/>
            </w:tcPr>
            <w:p w14:paraId="6786805F" w14:textId="77777777" w:rsidR="000728BD" w:rsidRPr="00491DED" w:rsidRDefault="000728BD" w:rsidP="000728BD">
              <w:pPr>
                <w:pStyle w:val="AltBilgi"/>
                <w:spacing w:line="240" w:lineRule="atLeast"/>
                <w:rPr>
                  <w:rFonts w:cs="Times New Roman"/>
                  <w:sz w:val="16"/>
                  <w:szCs w:val="16"/>
                </w:rPr>
              </w:pPr>
              <w:r w:rsidRPr="00491DED">
                <w:rPr>
                  <w:rFonts w:cs="Times New Roman"/>
                  <w:sz w:val="16"/>
                  <w:szCs w:val="16"/>
                </w:rPr>
                <w:t>REV</w:t>
              </w:r>
              <w:r>
                <w:rPr>
                  <w:rFonts w:cs="Times New Roman"/>
                  <w:sz w:val="16"/>
                  <w:szCs w:val="16"/>
                </w:rPr>
                <w:t>.</w:t>
              </w:r>
              <w:r w:rsidRPr="00491DED">
                <w:rPr>
                  <w:rFonts w:cs="Times New Roman"/>
                  <w:sz w:val="16"/>
                  <w:szCs w:val="16"/>
                </w:rPr>
                <w:t xml:space="preserve"> TAR</w:t>
              </w:r>
              <w:r>
                <w:rPr>
                  <w:rFonts w:cs="Times New Roman"/>
                  <w:sz w:val="16"/>
                  <w:szCs w:val="16"/>
                </w:rPr>
                <w:t xml:space="preserve">: </w:t>
              </w:r>
              <w:r w:rsidRPr="00491DED">
                <w:rPr>
                  <w:rFonts w:cs="Times New Roman"/>
                  <w:sz w:val="16"/>
                  <w:szCs w:val="16"/>
                </w:rPr>
                <w:t xml:space="preserve"> </w:t>
              </w:r>
              <w:r>
                <w:rPr>
                  <w:rFonts w:cs="Times New Roman"/>
                  <w:sz w:val="16"/>
                  <w:szCs w:val="16"/>
                </w:rPr>
                <w:t>06.08.2026</w:t>
              </w:r>
            </w:p>
          </w:tc>
          <w:tc>
            <w:tcPr>
              <w:tcW w:w="1541" w:type="dxa"/>
            </w:tcPr>
            <w:p w14:paraId="2DF79F1E" w14:textId="2FA9C5BB" w:rsidR="000728BD" w:rsidRPr="00491DED" w:rsidRDefault="000728BD" w:rsidP="000728BD">
              <w:pPr>
                <w:pStyle w:val="AltBilgi"/>
                <w:spacing w:line="240" w:lineRule="atLeast"/>
                <w:jc w:val="center"/>
                <w:rPr>
                  <w:rFonts w:cs="Times New Roman"/>
                  <w:sz w:val="16"/>
                  <w:szCs w:val="16"/>
                </w:rPr>
              </w:pPr>
              <w:r w:rsidRPr="00491DED">
                <w:rPr>
                  <w:rFonts w:cs="Times New Roman"/>
                  <w:sz w:val="16"/>
                  <w:szCs w:val="16"/>
                </w:rPr>
                <w:t>REV. NO: 0</w:t>
              </w:r>
              <w:r>
                <w:rPr>
                  <w:rFonts w:cs="Times New Roman"/>
                  <w:sz w:val="16"/>
                  <w:szCs w:val="16"/>
                </w:rPr>
                <w:t>2</w:t>
              </w:r>
            </w:p>
          </w:tc>
          <w:tc>
            <w:tcPr>
              <w:tcW w:w="1690" w:type="dxa"/>
            </w:tcPr>
            <w:p w14:paraId="0FA01D3D" w14:textId="77777777" w:rsidR="000728BD" w:rsidRPr="00491DED" w:rsidRDefault="000728BD" w:rsidP="000728BD">
              <w:pPr>
                <w:pStyle w:val="AltBilgi"/>
                <w:spacing w:line="240" w:lineRule="atLeast"/>
                <w:jc w:val="center"/>
                <w:rPr>
                  <w:rFonts w:cs="Times New Roman"/>
                  <w:sz w:val="16"/>
                  <w:szCs w:val="16"/>
                </w:rPr>
              </w:pPr>
              <w:r w:rsidRPr="00491DED">
                <w:rPr>
                  <w:rFonts w:cs="Times New Roman"/>
                  <w:sz w:val="16"/>
                  <w:szCs w:val="16"/>
                </w:rPr>
                <w:t>HİZMETE ÖZEL</w:t>
              </w:r>
            </w:p>
          </w:tc>
        </w:tr>
      </w:tbl>
      <w:p w14:paraId="08D07D0A" w14:textId="77777777" w:rsidR="000728BD" w:rsidRPr="00491DED" w:rsidRDefault="000728BD" w:rsidP="000728BD">
        <w:pPr>
          <w:pStyle w:val="AltBilgi"/>
          <w:jc w:val="center"/>
          <w:rPr>
            <w:rFonts w:cs="Times New Roman"/>
          </w:rPr>
        </w:pPr>
        <w:r w:rsidRPr="00491DED">
          <w:rPr>
            <w:rFonts w:cs="Times New Roman"/>
            <w:sz w:val="16"/>
            <w:szCs w:val="16"/>
          </w:rPr>
          <w:t xml:space="preserve">Bu dokümanın basılı ancak imzasız hali “kontrolsüz kopya” olarak kabul edilmiştir.      Sayfa </w:t>
        </w:r>
        <w:r w:rsidRPr="00491DED">
          <w:rPr>
            <w:rFonts w:cs="Times New Roman"/>
            <w:sz w:val="16"/>
            <w:szCs w:val="16"/>
          </w:rPr>
          <w:fldChar w:fldCharType="begin"/>
        </w:r>
        <w:r w:rsidRPr="00491DED">
          <w:rPr>
            <w:rFonts w:cs="Times New Roman"/>
            <w:sz w:val="16"/>
            <w:szCs w:val="16"/>
          </w:rPr>
          <w:instrText>PAGE  \* Arabic  \* MERGEFORMAT</w:instrText>
        </w:r>
        <w:r w:rsidRPr="00491DED">
          <w:rPr>
            <w:rFonts w:cs="Times New Roman"/>
            <w:sz w:val="16"/>
            <w:szCs w:val="16"/>
          </w:rPr>
          <w:fldChar w:fldCharType="separate"/>
        </w:r>
        <w:r>
          <w:rPr>
            <w:rFonts w:cs="Times New Roman"/>
            <w:sz w:val="16"/>
            <w:szCs w:val="16"/>
          </w:rPr>
          <w:t>1</w:t>
        </w:r>
        <w:r w:rsidRPr="00491DED">
          <w:rPr>
            <w:rFonts w:cs="Times New Roman"/>
            <w:sz w:val="16"/>
            <w:szCs w:val="16"/>
          </w:rPr>
          <w:fldChar w:fldCharType="end"/>
        </w:r>
        <w:r w:rsidRPr="00491DED">
          <w:rPr>
            <w:rFonts w:cs="Times New Roman"/>
            <w:sz w:val="16"/>
            <w:szCs w:val="16"/>
          </w:rPr>
          <w:t xml:space="preserve"> / </w:t>
        </w:r>
        <w:r w:rsidRPr="00491DED">
          <w:rPr>
            <w:rFonts w:cs="Times New Roman"/>
            <w:sz w:val="16"/>
            <w:szCs w:val="16"/>
          </w:rPr>
          <w:fldChar w:fldCharType="begin"/>
        </w:r>
        <w:r w:rsidRPr="00491DED">
          <w:rPr>
            <w:rFonts w:cs="Times New Roman"/>
            <w:sz w:val="16"/>
            <w:szCs w:val="16"/>
          </w:rPr>
          <w:instrText>NUMPAGES  \* Arabic  \* MERGEFORMAT</w:instrText>
        </w:r>
        <w:r w:rsidRPr="00491DED">
          <w:rPr>
            <w:rFonts w:cs="Times New Roman"/>
            <w:sz w:val="16"/>
            <w:szCs w:val="16"/>
          </w:rPr>
          <w:fldChar w:fldCharType="separate"/>
        </w:r>
        <w:r>
          <w:rPr>
            <w:rFonts w:cs="Times New Roman"/>
            <w:sz w:val="16"/>
            <w:szCs w:val="16"/>
          </w:rPr>
          <w:t>6</w:t>
        </w:r>
        <w:r w:rsidRPr="00491DED">
          <w:rPr>
            <w:rFonts w:cs="Times New Roman"/>
            <w:sz w:val="16"/>
            <w:szCs w:val="16"/>
          </w:rPr>
          <w:fldChar w:fldCharType="end"/>
        </w:r>
      </w:p>
      <w:p w14:paraId="1C1A380C" w14:textId="7C9C00F1" w:rsidR="000438EA" w:rsidRDefault="00D02AB7">
        <w:pPr>
          <w:pStyle w:val="AltBilgi"/>
          <w:contextualSpacing/>
          <w:jc w:val="right"/>
        </w:pPr>
      </w:p>
    </w:sdtContent>
  </w:sdt>
  <w:p w14:paraId="4FCA3338" w14:textId="77777777" w:rsidR="000438EA" w:rsidRDefault="000438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A1F55" w14:textId="77777777" w:rsidR="00D02AB7" w:rsidRDefault="00D02AB7" w:rsidP="000438EA">
      <w:pPr>
        <w:spacing w:after="0" w:line="240" w:lineRule="auto"/>
      </w:pPr>
      <w:r>
        <w:separator/>
      </w:r>
    </w:p>
  </w:footnote>
  <w:footnote w:type="continuationSeparator" w:id="0">
    <w:p w14:paraId="36ECFD74" w14:textId="77777777" w:rsidR="00D02AB7" w:rsidRDefault="00D02AB7" w:rsidP="00043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AF0EC8"/>
    <w:multiLevelType w:val="multilevel"/>
    <w:tmpl w:val="A768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3324368">
    <w:abstractNumId w:val="8"/>
  </w:num>
  <w:num w:numId="2" w16cid:durableId="474758834">
    <w:abstractNumId w:val="6"/>
  </w:num>
  <w:num w:numId="3" w16cid:durableId="588389310">
    <w:abstractNumId w:val="5"/>
  </w:num>
  <w:num w:numId="4" w16cid:durableId="151526573">
    <w:abstractNumId w:val="4"/>
  </w:num>
  <w:num w:numId="5" w16cid:durableId="2012830300">
    <w:abstractNumId w:val="7"/>
  </w:num>
  <w:num w:numId="6" w16cid:durableId="53820802">
    <w:abstractNumId w:val="3"/>
  </w:num>
  <w:num w:numId="7" w16cid:durableId="1468431211">
    <w:abstractNumId w:val="2"/>
  </w:num>
  <w:num w:numId="8" w16cid:durableId="352194285">
    <w:abstractNumId w:val="1"/>
  </w:num>
  <w:num w:numId="9" w16cid:durableId="420444553">
    <w:abstractNumId w:val="0"/>
  </w:num>
  <w:num w:numId="10" w16cid:durableId="13304080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7DF3"/>
    <w:rsid w:val="00020C29"/>
    <w:rsid w:val="00034616"/>
    <w:rsid w:val="00035D18"/>
    <w:rsid w:val="000438EA"/>
    <w:rsid w:val="00056E5D"/>
    <w:rsid w:val="0006063C"/>
    <w:rsid w:val="000728BD"/>
    <w:rsid w:val="00073DC2"/>
    <w:rsid w:val="0007512C"/>
    <w:rsid w:val="000B034E"/>
    <w:rsid w:val="000C6F1E"/>
    <w:rsid w:val="000E6973"/>
    <w:rsid w:val="000F6294"/>
    <w:rsid w:val="001318DF"/>
    <w:rsid w:val="0015074B"/>
    <w:rsid w:val="0016302C"/>
    <w:rsid w:val="00190337"/>
    <w:rsid w:val="001A4144"/>
    <w:rsid w:val="001B04DC"/>
    <w:rsid w:val="001B05CF"/>
    <w:rsid w:val="001C04E9"/>
    <w:rsid w:val="001C4442"/>
    <w:rsid w:val="001E7C62"/>
    <w:rsid w:val="0020158C"/>
    <w:rsid w:val="002072A6"/>
    <w:rsid w:val="00212A09"/>
    <w:rsid w:val="0024143E"/>
    <w:rsid w:val="002532DF"/>
    <w:rsid w:val="00274D04"/>
    <w:rsid w:val="00291FDC"/>
    <w:rsid w:val="00293B7A"/>
    <w:rsid w:val="0029639D"/>
    <w:rsid w:val="002A5393"/>
    <w:rsid w:val="002A7F14"/>
    <w:rsid w:val="002B0AAB"/>
    <w:rsid w:val="002B3E4C"/>
    <w:rsid w:val="003125DE"/>
    <w:rsid w:val="00326F90"/>
    <w:rsid w:val="003447F1"/>
    <w:rsid w:val="003661E7"/>
    <w:rsid w:val="003B4721"/>
    <w:rsid w:val="003C5B32"/>
    <w:rsid w:val="003F724B"/>
    <w:rsid w:val="00414F31"/>
    <w:rsid w:val="0044765A"/>
    <w:rsid w:val="00457F9B"/>
    <w:rsid w:val="004760E2"/>
    <w:rsid w:val="004963E7"/>
    <w:rsid w:val="004F278F"/>
    <w:rsid w:val="00512FDA"/>
    <w:rsid w:val="0052780F"/>
    <w:rsid w:val="0053078F"/>
    <w:rsid w:val="005358AF"/>
    <w:rsid w:val="005509E9"/>
    <w:rsid w:val="00551CA4"/>
    <w:rsid w:val="00572870"/>
    <w:rsid w:val="0057645F"/>
    <w:rsid w:val="00592128"/>
    <w:rsid w:val="00597081"/>
    <w:rsid w:val="00613987"/>
    <w:rsid w:val="00617E96"/>
    <w:rsid w:val="00645F3E"/>
    <w:rsid w:val="00664735"/>
    <w:rsid w:val="006704AA"/>
    <w:rsid w:val="0067432E"/>
    <w:rsid w:val="00675AB4"/>
    <w:rsid w:val="006E2259"/>
    <w:rsid w:val="006E242C"/>
    <w:rsid w:val="00732FD4"/>
    <w:rsid w:val="00740F02"/>
    <w:rsid w:val="00742CC3"/>
    <w:rsid w:val="00752E68"/>
    <w:rsid w:val="0076294E"/>
    <w:rsid w:val="0077147A"/>
    <w:rsid w:val="007B631C"/>
    <w:rsid w:val="007C0721"/>
    <w:rsid w:val="007F00C7"/>
    <w:rsid w:val="007F4727"/>
    <w:rsid w:val="007F6F4C"/>
    <w:rsid w:val="008318C8"/>
    <w:rsid w:val="00832BE4"/>
    <w:rsid w:val="008413E9"/>
    <w:rsid w:val="00877C59"/>
    <w:rsid w:val="0088299A"/>
    <w:rsid w:val="0088478D"/>
    <w:rsid w:val="00896086"/>
    <w:rsid w:val="008B6C7B"/>
    <w:rsid w:val="008D0B97"/>
    <w:rsid w:val="008E330A"/>
    <w:rsid w:val="0092453F"/>
    <w:rsid w:val="0096091E"/>
    <w:rsid w:val="009A6082"/>
    <w:rsid w:val="00A3138B"/>
    <w:rsid w:val="00A336B8"/>
    <w:rsid w:val="00A34466"/>
    <w:rsid w:val="00A41D7F"/>
    <w:rsid w:val="00A6168B"/>
    <w:rsid w:val="00A840EC"/>
    <w:rsid w:val="00A90528"/>
    <w:rsid w:val="00A90E19"/>
    <w:rsid w:val="00A97B78"/>
    <w:rsid w:val="00AA1D8D"/>
    <w:rsid w:val="00AB1143"/>
    <w:rsid w:val="00AC2ECC"/>
    <w:rsid w:val="00AC51C6"/>
    <w:rsid w:val="00B40796"/>
    <w:rsid w:val="00B47730"/>
    <w:rsid w:val="00B97A75"/>
    <w:rsid w:val="00BB3016"/>
    <w:rsid w:val="00BD64ED"/>
    <w:rsid w:val="00BE3EBE"/>
    <w:rsid w:val="00BE64F5"/>
    <w:rsid w:val="00BF5BC6"/>
    <w:rsid w:val="00C01EE1"/>
    <w:rsid w:val="00C16E9E"/>
    <w:rsid w:val="00C60DD4"/>
    <w:rsid w:val="00C61344"/>
    <w:rsid w:val="00CB0664"/>
    <w:rsid w:val="00CC4046"/>
    <w:rsid w:val="00CF078B"/>
    <w:rsid w:val="00CF0B8C"/>
    <w:rsid w:val="00CF68A2"/>
    <w:rsid w:val="00D02AB7"/>
    <w:rsid w:val="00D149E0"/>
    <w:rsid w:val="00D26722"/>
    <w:rsid w:val="00D40F48"/>
    <w:rsid w:val="00D774EB"/>
    <w:rsid w:val="00D84C8B"/>
    <w:rsid w:val="00D84CBB"/>
    <w:rsid w:val="00DB423E"/>
    <w:rsid w:val="00DB7557"/>
    <w:rsid w:val="00DB7B6E"/>
    <w:rsid w:val="00DC3116"/>
    <w:rsid w:val="00DC5C4B"/>
    <w:rsid w:val="00DD6B13"/>
    <w:rsid w:val="00EA0BC1"/>
    <w:rsid w:val="00EB3D64"/>
    <w:rsid w:val="00F15599"/>
    <w:rsid w:val="00F25047"/>
    <w:rsid w:val="00F5628E"/>
    <w:rsid w:val="00F75291"/>
    <w:rsid w:val="00F80DCC"/>
    <w:rsid w:val="00F90C23"/>
    <w:rsid w:val="00F93B57"/>
    <w:rsid w:val="00FA45F2"/>
    <w:rsid w:val="00FB7FEB"/>
    <w:rsid w:val="00FC1999"/>
    <w:rsid w:val="00FC3AD5"/>
    <w:rsid w:val="00FC5927"/>
    <w:rsid w:val="00FC5A4A"/>
    <w:rsid w:val="00FC693F"/>
    <w:rsid w:val="00FC6FD9"/>
    <w:rsid w:val="00FD5CA1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3B95D0"/>
  <w14:defaultImageDpi w14:val="300"/>
  <w15:docId w15:val="{457A6FC1-3AE4-844A-9793-BDB41780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tabs>
        <w:tab w:val="clear" w:pos="1080"/>
        <w:tab w:val="num" w:pos="720"/>
      </w:tabs>
      <w:ind w:left="720"/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tabs>
        <w:tab w:val="clear" w:pos="360"/>
        <w:tab w:val="num" w:pos="720"/>
      </w:tabs>
      <w:ind w:left="720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VarsaylanParagrafYazTipi"/>
    <w:rsid w:val="007F0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EA769C-940C-44C0-A4A0-96519733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5936</Characters>
  <Application>Microsoft Office Word</Application>
  <DocSecurity>0</DocSecurity>
  <Lines>49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Sarı</dc:creator>
  <cp:keywords/>
  <dc:description>  </dc:description>
  <cp:lastModifiedBy>Betül KARAALİ ARIÇİÇEK</cp:lastModifiedBy>
  <cp:revision>4</cp:revision>
  <dcterms:created xsi:type="dcterms:W3CDTF">2026-08-07T13:26:00Z</dcterms:created>
  <dcterms:modified xsi:type="dcterms:W3CDTF">2026-08-07T13:45:00Z</dcterms:modified>
  <cp:category/>
</cp:coreProperties>
</file>